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[BÖLGE ADLİYE MAHKEMESİ] [....] HUKUK/CEZA DAİRESİ BAŞKANLIĞINA</w:t>
      </w:r>
    </w:p>
    <w:p/>
    <w:p>
      <w:pPr>
        <w:jc w:val="center"/>
      </w:pPr>
      <w:r>
        <w:rPr>
          <w:sz w:val="22"/>
        </w:rPr>
        <w:t>Konu: Bölge Adliye Mahkemesi [kararı/ara kararı]na itiraz</w:t>
      </w:r>
    </w:p>
    <w:p/>
    <w:p>
      <w:pPr>
        <w:jc w:val="left"/>
      </w:pPr>
      <w:r>
        <w:rPr>
          <w:sz w:val="22"/>
        </w:rPr>
        <w:t>İtiraz Eden: [Adı Soyadı/Unvan, T.C. Kimlik No/Vergi No, Adres]</w:t>
      </w:r>
    </w:p>
    <w:p>
      <w:pPr>
        <w:jc w:val="left"/>
      </w:pPr>
      <w:r>
        <w:rPr>
          <w:sz w:val="22"/>
        </w:rPr>
        <w:t>Karşı Taraf: [Adı Soyadı/Unvan, Adres]</w:t>
      </w:r>
    </w:p>
    <w:p>
      <w:pPr>
        <w:jc w:val="left"/>
      </w:pPr>
      <w:r>
        <w:rPr>
          <w:sz w:val="22"/>
        </w:rPr>
        <w:t>Vekil (varsa): Av. [Adı Soyadı] (Baro/No)</w:t>
      </w:r>
    </w:p>
    <w:p/>
    <w:p>
      <w:pPr>
        <w:jc w:val="left"/>
      </w:pPr>
      <w:r>
        <w:rPr>
          <w:sz w:val="22"/>
        </w:rPr>
        <w:t>Dosya Bilgisi: İlk Derece Mahkemesi [Mahkeme adı] [.... Esas / .... Karar]; Bölge Adliye Mahkemesi [BAM adı] [.... Hukuk/.... Ceza] Dairesi [.... Esas / .... Karar].</w:t>
      </w:r>
    </w:p>
    <w:p>
      <w:pPr>
        <w:jc w:val="left"/>
      </w:pPr>
      <w:r>
        <w:rPr>
          <w:sz w:val="22"/>
        </w:rPr>
        <w:t>İtiraz Konusu Karar/İşlem: [..../..../20....] tarihli ve [....] sayılı [karar/ara karar]ın ilgili kısmı.</w:t>
      </w:r>
    </w:p>
    <w:p/>
    <w:p>
      <w:pPr>
        <w:jc w:val="left"/>
      </w:pPr>
      <w:r>
        <w:rPr>
          <w:sz w:val="22"/>
        </w:rPr>
        <w:t>İtiraz Sebepleri: (Somut olaya göre detaylandırınız)</w:t>
      </w:r>
    </w:p>
    <w:p>
      <w:pPr>
        <w:jc w:val="left"/>
      </w:pPr>
      <w:r>
        <w:rPr>
          <w:sz w:val="22"/>
        </w:rPr>
        <w:t>1) Usul hükümlerine aykırılık: [gerekçesizlik, savunma hakkının kısıtlanması, süre/tebligat hatası vb.]</w:t>
      </w:r>
    </w:p>
    <w:p>
      <w:pPr>
        <w:jc w:val="left"/>
      </w:pPr>
      <w:r>
        <w:rPr>
          <w:sz w:val="22"/>
        </w:rPr>
        <w:t>2) Delillerin değerlendirilmesinde isabetsizlik: [toplanmayan/değerlendirilmeyen deliller, bilirkişi raporundaki eksiklikler vb.]</w:t>
      </w:r>
    </w:p>
    <w:p>
      <w:pPr>
        <w:jc w:val="left"/>
      </w:pPr>
      <w:r>
        <w:rPr>
          <w:sz w:val="22"/>
        </w:rPr>
        <w:t>3) Hukuki nitelendirmede hata: [kanun maddesine aykırı yorum, emsal içtihatlara aykırılık vb.]</w:t>
      </w:r>
    </w:p>
    <w:p>
      <w:pPr>
        <w:jc w:val="left"/>
      </w:pPr>
      <w:r>
        <w:rPr>
          <w:sz w:val="22"/>
        </w:rPr>
        <w:t>4) (Varsa) Hüküm/ara karar fıkrasında hata: [faiz, vekâlet ücreti, giderler, tedbir şartları vb.]</w:t>
      </w:r>
    </w:p>
    <w:p/>
    <w:p>
      <w:pPr>
        <w:jc w:val="left"/>
      </w:pPr>
      <w:r>
        <w:rPr>
          <w:sz w:val="22"/>
        </w:rPr>
        <w:t>Sonuç ve Talep: Açıklanan nedenlerle; [..../..../20....] tarihli ve [....] sayılı [BAM kararı/ara kararı]na yaptığımız itirazın KABULÜ ile [itiraz edilen hususun kaldırılması/değiştirilmesi]ne; yargılama giderleri ve vekâlet ücretinin karşı tarafa yükletilmesine karar verilmesini arz ve talep ederiz.</w:t>
      </w:r>
    </w:p>
    <w:p/>
    <w:p>
      <w:pPr>
        <w:jc w:val="left"/>
      </w:pPr>
      <w:r>
        <w:rPr>
          <w:sz w:val="22"/>
        </w:rPr>
        <w:t>Gereğini arz ve talep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[İtiraz Eden]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İtiraz edilen [BAM kararı/ara kararı] örneği</w:t>
      </w:r>
    </w:p>
    <w:p>
      <w:pPr>
        <w:jc w:val="left"/>
      </w:pPr>
      <w:r>
        <w:rPr>
          <w:sz w:val="22"/>
        </w:rPr>
        <w:t>2) İlk derece mahkemesi karar örneği</w:t>
      </w:r>
    </w:p>
    <w:p>
      <w:pPr>
        <w:jc w:val="left"/>
      </w:pPr>
      <w:r>
        <w:rPr>
          <w:sz w:val="22"/>
        </w:rPr>
        <w:t>3) Tebliğ belgesi/tebliğ zarfı</w:t>
      </w:r>
    </w:p>
    <w:p>
      <w:pPr>
        <w:jc w:val="left"/>
      </w:pPr>
      <w:r>
        <w:rPr>
          <w:sz w:val="22"/>
        </w:rPr>
        <w:t>4) Dilekçede anılan delil ve belgeler</w:t>
      </w:r>
    </w:p>
    <w:p>
      <w:pPr>
        <w:jc w:val="left"/>
      </w:pPr>
      <w:r>
        <w:rPr>
          <w:sz w:val="22"/>
        </w:rPr>
        <w:t>5) Vekâletname örneği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