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 İş Bankası A.Ş. [ŞUBE ADI] Şube Müdürlüğüne</w:t>
      </w:r>
    </w:p>
    <w:p/>
    <w:p>
      <w:pPr>
        <w:jc w:val="center"/>
      </w:pPr>
      <w:r>
        <w:rPr>
          <w:sz w:val="22"/>
        </w:rPr>
        <w:t>Konu: Otomatik ödeme talimatı verilmesi</w:t>
      </w:r>
    </w:p>
    <w:p/>
    <w:p>
      <w:pPr>
        <w:jc w:val="left"/>
      </w:pPr>
      <w:r>
        <w:rPr>
          <w:sz w:val="22"/>
        </w:rPr>
        <w:t>Bankanız nezdindeki [IBAN/TR] numaralı vadesiz hesabımdan/hesap kartımdan, aşağıda bilgileri yer alan düzenli faturaların otomatik olarak ödenmesi için talimat verilmesini istiyorum.</w:t>
      </w:r>
    </w:p>
    <w:p/>
    <w:p>
      <w:pPr>
        <w:jc w:val="left"/>
      </w:pPr>
      <w:r>
        <w:rPr>
          <w:sz w:val="22"/>
        </w:rPr>
        <w:t>Talimat kapsamı: [Elektrik/Su/Doğalgaz/İnternet/GSM vb.] – Kurum/Abonelik: [Kurum adı] – Abone/Müşteri No: [_______] – Ödeme başlangıç tarihi: [..../..../20....] – (Varsa) Üst limit: [.... TL].</w:t>
      </w:r>
    </w:p>
    <w:p/>
    <w:p>
      <w:pPr>
        <w:jc w:val="left"/>
      </w:pPr>
      <w:r>
        <w:rPr>
          <w:sz w:val="22"/>
        </w:rPr>
        <w:t>Hesabımda yeterli bakiye bulunması şartıyla, vadesi gelen faturaların asgari ödeme tarihinde/son ödeme tarihinde otomatik olarak tahsil edilmesini; iptal talebim banka kayıtlarına geçtiği tarihe kadar talimatın geçerli olmasını kabul ve beyan ederim.</w:t>
      </w:r>
    </w:p>
    <w:p/>
    <w:p>
      <w:pPr>
        <w:jc w:val="left"/>
      </w:pPr>
      <w:r>
        <w:rPr>
          <w:sz w:val="22"/>
        </w:rPr>
        <w:t>Talimat kapsamındaki ödemelere ilişkin ekstreme/hesap hareketlerine yansımaların tarafımca kontrol edileceğini, gerektiğinde itiraz/iptal için banka ve ilgili kurumla iletişime geçeceğimi kabul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[Müşteri/Hesap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Abonelik/fatura örneği</w:t>
      </w:r>
    </w:p>
    <w:p>
      <w:pPr>
        <w:jc w:val="left"/>
      </w:pPr>
      <w:r>
        <w:rPr>
          <w:sz w:val="22"/>
        </w:rPr>
        <w:t>3) (Varsa) Talimat formu/banka şubesince istenen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