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Türkiye İş Kurumu (İŞKUR) [İl/İlçe] Müdürlüğüne</w:t>
      </w:r>
    </w:p>
    <w:p/>
    <w:p>
      <w:pPr>
        <w:jc w:val="center"/>
      </w:pPr>
      <w:r>
        <w:rPr>
          <w:sz w:val="22"/>
        </w:rPr>
        <w:t>Konu: İşbaşı Eğitim Programından ayrılma talebi</w:t>
      </w:r>
    </w:p>
    <w:p/>
    <w:p>
      <w:pPr>
        <w:jc w:val="left"/>
      </w:pPr>
      <w:r>
        <w:rPr>
          <w:sz w:val="22"/>
        </w:rPr>
        <w:t>İŞKUR kapsamında yürütülen [İşbaşı Eğitim Programı adı] kapsamında, [İşyeri/İşveren Adı] nezdinde [başlangıç tarihi] – [bitiş/planlanan bitiş tarihi] tarihleri arasında katılımcı olarak yer almaktayım.</w:t>
      </w:r>
    </w:p>
    <w:p/>
    <w:p>
      <w:pPr>
        <w:jc w:val="left"/>
      </w:pPr>
      <w:r>
        <w:rPr>
          <w:sz w:val="22"/>
        </w:rPr>
        <w:t>Ayrılma Gerekçesi: [sağlık nedenleri / yeni bir işte çalışma / eğitim‑öğrenim / ailevi sebepler / diğer] nedeniyle programa [ayrılış tarihi] tarihi itibarıyla devam edemeyeceğim.</w:t>
      </w:r>
    </w:p>
    <w:p/>
    <w:p>
      <w:pPr>
        <w:jc w:val="left"/>
      </w:pPr>
      <w:r>
        <w:rPr>
          <w:sz w:val="22"/>
        </w:rPr>
        <w:t>Talep: Program katılımcılığımın belirtilen tarih itibarıyla sonlandırılmasını; işveren ve ilgili birimlere bildirim yapılmasını; varsa üzerimde bulunan ekipman/zimmetlerin iadesi ile kayıtların güncellenmesini arz ederim.</w:t>
      </w:r>
    </w:p>
    <w:p/>
    <w:p>
      <w:pPr>
        <w:jc w:val="left"/>
      </w:pPr>
      <w:r>
        <w:rPr>
          <w:sz w:val="22"/>
        </w:rPr>
        <w:t>Bilgilerinize sunar, süreç hakkında tarafıma bilgi verilmesini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[Katılımcı]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Program Adı : ______</w:t>
      </w:r>
    </w:p>
    <w:p>
      <w:pPr>
        <w:jc w:val="left"/>
      </w:pPr>
      <w:r>
        <w:rPr>
          <w:sz w:val="22"/>
        </w:rPr>
        <w:t>İşyeri/İşveren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Sağlık raporu / yeni iş sözleşmesi / kayıt belgesi</w:t>
      </w:r>
    </w:p>
    <w:p>
      <w:pPr>
        <w:jc w:val="left"/>
      </w:pPr>
      <w:r>
        <w:rPr>
          <w:sz w:val="22"/>
        </w:rPr>
        <w:t>3) (Varsa) Program kabul/katılım yazısı</w:t>
      </w:r>
    </w:p>
    <w:p>
      <w:pPr>
        <w:jc w:val="left"/>
      </w:pPr>
      <w:r>
        <w:rPr>
          <w:sz w:val="22"/>
        </w:rPr>
        <w:t>4) (Varsa) Zimmet/teslim tutanağı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