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TÜRKİYE İŞ KURUMU (İŞKUR) [İL MÜDÜRLÜĞÜ/HİZMET MERKEZİ MÜDÜRLÜĞÜ]NE</w:t>
      </w:r>
    </w:p>
    <w:p/>
    <w:p>
      <w:pPr>
        <w:jc w:val="center"/>
      </w:pPr>
      <w:r>
        <w:rPr>
          <w:sz w:val="22"/>
        </w:rPr>
        <w:t>Konu: [.................] defterinin onay (tasdik) talebi</w:t>
      </w:r>
    </w:p>
    <w:p/>
    <w:p>
      <w:pPr>
        <w:jc w:val="left"/>
      </w:pPr>
      <w:r>
        <w:rPr>
          <w:sz w:val="22"/>
        </w:rPr>
        <w:t>Şirket/İşyeri Unvanı : ____________________________</w:t>
      </w:r>
    </w:p>
    <w:p>
      <w:pPr>
        <w:jc w:val="left"/>
      </w:pPr>
      <w:r>
        <w:rPr>
          <w:sz w:val="22"/>
        </w:rPr>
        <w:t>Vergi No : ____________________________   ·   SGK Sicil No : ____________________________</w:t>
      </w:r>
    </w:p>
    <w:p>
      <w:pPr>
        <w:jc w:val="left"/>
      </w:pPr>
      <w:r>
        <w:rPr>
          <w:sz w:val="22"/>
        </w:rPr>
        <w:t>Merkez/Şube Adresi : ____________________________</w:t>
      </w:r>
    </w:p>
    <w:p>
      <w:pPr>
        <w:jc w:val="left"/>
      </w:pPr>
      <w:r>
        <w:rPr>
          <w:sz w:val="22"/>
        </w:rPr>
        <w:t>Yetkili Kişi : ____________________________   ·   Görev/Unvan : ____________________________</w:t>
      </w:r>
    </w:p>
    <w:p/>
    <w:p>
      <w:pPr>
        <w:jc w:val="left"/>
      </w:pPr>
      <w:r>
        <w:rPr>
          <w:sz w:val="22"/>
        </w:rPr>
        <w:t>İşyerimiz faaliyetleri kapsamında kullanılacak **[defter türü]** (ör. iş arayan kayıt defteri / işyeri kayıt‑takip defteri vb.) için [____] yılına ait, [____ sayfa] yapraklı defterimizin İŞKUR nezdinde onaylanmasını/tasdiki işleminin yapılmasını talep ederiz.</w:t>
      </w:r>
    </w:p>
    <w:p/>
    <w:p>
      <w:pPr>
        <w:jc w:val="left"/>
      </w:pPr>
      <w:r>
        <w:rPr>
          <w:sz w:val="22"/>
        </w:rPr>
        <w:t>Defter bilgileri kapak ve ilk sayfada yer almakta olup, yetkili imza ve kaşe için yer ayrılmıştır. Onay işleminden sonra defter tarafımızca mevzuata uygun biçimde kullanılacak ve muhafaza edilecektir.</w:t>
      </w:r>
    </w:p>
    <w:p/>
    <w:p>
      <w:pPr>
        <w:jc w:val="left"/>
      </w:pPr>
      <w:r>
        <w:rPr>
          <w:sz w:val="22"/>
        </w:rPr>
        <w:t>Gereğini arz ederiz.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[İşveren/Yetkili]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Unvanı : ______</w:t>
      </w:r>
    </w:p>
    <w:p>
      <w:pPr>
        <w:jc w:val="left"/>
      </w:pPr>
      <w:r>
        <w:rPr>
          <w:sz w:val="22"/>
        </w:rPr>
        <w:t>İşyerinin Unvanı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Ticaret sicil gazetesi örneği / kuruluş belgeleri</w:t>
      </w:r>
    </w:p>
    <w:p>
      <w:pPr>
        <w:jc w:val="left"/>
      </w:pPr>
      <w:r>
        <w:rPr>
          <w:sz w:val="22"/>
        </w:rPr>
        <w:t>2) Vergi levhası fotokopisi</w:t>
      </w:r>
    </w:p>
    <w:p>
      <w:pPr>
        <w:jc w:val="left"/>
      </w:pPr>
      <w:r>
        <w:rPr>
          <w:sz w:val="22"/>
        </w:rPr>
        <w:t>3) İmza sirküleri veya yetki belgesi</w:t>
      </w:r>
    </w:p>
    <w:p>
      <w:pPr>
        <w:jc w:val="left"/>
      </w:pPr>
      <w:r>
        <w:rPr>
          <w:sz w:val="22"/>
        </w:rPr>
        <w:t>4) Defter bilgilerini içeren kapak/ilk sayfa fotokopisi (boş defter örneği)</w:t>
      </w:r>
    </w:p>
    <w:p>
      <w:pPr>
        <w:jc w:val="left"/>
      </w:pPr>
      <w:r>
        <w:rPr>
          <w:sz w:val="22"/>
        </w:rPr>
        <w:t>5) (Varsa) Şube açılış yazısı/işyeri bildirgesi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