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TÜRKİYE İŞ KURUMU (İŞKUR) [İL MÜDÜRLÜĞÜ/HİZMET MERKEZİ MÜDÜRLÜĞÜ]NE</w:t>
      </w:r>
    </w:p>
    <w:p/>
    <w:p>
      <w:pPr>
        <w:jc w:val="center"/>
      </w:pPr>
      <w:r>
        <w:rPr>
          <w:sz w:val="22"/>
        </w:rPr>
        <w:t>Konu: Engelli statüsünde iş arayan kaydı ve işe yönlendirme talebi</w:t>
      </w:r>
    </w:p>
    <w:p/>
    <w:p>
      <w:pPr>
        <w:jc w:val="left"/>
      </w:pPr>
      <w:r>
        <w:rPr>
          <w:sz w:val="22"/>
        </w:rPr>
        <w:t>Engelli sağlık kurulu raporum kapsamında, İŞKUR sisteminde **engelli statüsünde iş arayan kaydımın oluşturulmasını/aktifleştirilmesini** ve niteliklerime uygun ilan/programlara yönlendirilmemi talep ederim.</w:t>
      </w:r>
    </w:p>
    <w:p/>
    <w:p>
      <w:pPr>
        <w:jc w:val="left"/>
      </w:pPr>
      <w:r>
        <w:rPr>
          <w:sz w:val="22"/>
        </w:rPr>
        <w:t>Engellilik oranım [%____] olup, rapor tarih/sayı bilgileri ekte sunulmuştur. Eğitim durumum [ilköğretim/lise/önlisans/lisans], mesleki yeterlilik/sertifikalarım ve çalışabileceğim alanlar aşağıda belirtilmiştir.</w:t>
      </w:r>
    </w:p>
    <w:p/>
    <w:p>
      <w:pPr>
        <w:jc w:val="left"/>
      </w:pPr>
      <w:r>
        <w:rPr>
          <w:sz w:val="22"/>
        </w:rPr>
        <w:t>Uygun görülen iş ve mesleki eğitim/işbaşı eğitim programları hakkında tarafıma bilgilendirme yapılmasını; görüşme/mülakat randevuları ile gerekli evrak süreçlerinde destek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Engellilik Oranı : %______</w:t>
      </w:r>
    </w:p>
    <w:p>
      <w:pPr>
        <w:jc w:val="left"/>
      </w:pPr>
      <w:r>
        <w:rPr>
          <w:sz w:val="22"/>
        </w:rPr>
        <w:t>Çalışabileceği Alanlar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Engelli sağlık kurulu raporu (aslı gibidir/örnek)</w:t>
      </w:r>
    </w:p>
    <w:p>
      <w:pPr>
        <w:jc w:val="left"/>
      </w:pPr>
      <w:r>
        <w:rPr>
          <w:sz w:val="22"/>
        </w:rPr>
        <w:t>2) T.C. kimlik kartı fotokopisi</w:t>
      </w:r>
    </w:p>
    <w:p>
      <w:pPr>
        <w:jc w:val="left"/>
      </w:pPr>
      <w:r>
        <w:rPr>
          <w:sz w:val="22"/>
        </w:rPr>
        <w:t>3) Diploma/öğrenim belgesi</w:t>
      </w:r>
    </w:p>
    <w:p>
      <w:pPr>
        <w:jc w:val="left"/>
      </w:pPr>
      <w:r>
        <w:rPr>
          <w:sz w:val="22"/>
        </w:rPr>
        <w:t>4) İkametgâh belgesi</w:t>
      </w:r>
    </w:p>
    <w:p>
      <w:pPr>
        <w:jc w:val="left"/>
      </w:pPr>
      <w:r>
        <w:rPr>
          <w:sz w:val="22"/>
        </w:rPr>
        <w:t>5) (Varsa) Mesleki sertifika/belgeler ve özgeçmiş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