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TÜRKİYE İŞ KURUMU (İŞKUR) [İL MÜDÜRLÜĞÜ/HİZMET MERKEZİ MÜDÜRLÜĞÜ]NE</w:t>
      </w:r>
    </w:p>
    <w:p/>
    <w:p>
      <w:pPr>
        <w:jc w:val="center"/>
      </w:pPr>
      <w:r>
        <w:rPr>
          <w:sz w:val="22"/>
        </w:rPr>
        <w:t>Konu: İşsizlik ödeneği (işsizlik maaşı) talebi</w:t>
      </w:r>
    </w:p>
    <w:p/>
    <w:p>
      <w:pPr>
        <w:jc w:val="left"/>
      </w:pPr>
      <w:r>
        <w:rPr>
          <w:sz w:val="22"/>
        </w:rPr>
        <w:t>Son işverenim [Şirket/İşveren Unvanı] nezdindeki belirsiz süreli iş sözleşmem [..../..../20....] tarihinde sona ermiştir. İş akdimin fesih nedeni [fesih kodu/işverenin fesih bildirimi] olup, feshe ilişkin belgeler dilekçe ekinde sunulmaktadır.</w:t>
      </w:r>
    </w:p>
    <w:p/>
    <w:p>
      <w:pPr>
        <w:jc w:val="left"/>
      </w:pPr>
      <w:r>
        <w:rPr>
          <w:sz w:val="22"/>
        </w:rPr>
        <w:t>4447 sayılı İşsizlik Sigortası Kanunu uyarınca koşulları sağladığımı değerlendiriyorum. Bu kapsamda işsizlik ödeneğine hak kazanıp kazanmadığımın tespiti ile uygun görülmesi hâlinde ödeneğin tarafıma bağlanmasını arz ederim.</w:t>
      </w:r>
    </w:p>
    <w:p/>
    <w:p>
      <w:pPr>
        <w:jc w:val="left"/>
      </w:pPr>
      <w:r>
        <w:rPr>
          <w:sz w:val="22"/>
        </w:rPr>
        <w:t>İş ve meslek danışmanlığı hizmetlerinden yararlanmak, açık işlere yönlendirilmek ve gerekli görülürse eğitim programlarına katılmak istediğimi bilgilerinize sunarım.</w:t>
      </w:r>
    </w:p>
    <w:p/>
    <w:p>
      <w:pPr>
        <w:jc w:val="left"/>
      </w:pPr>
      <w:r>
        <w:rPr>
          <w:sz w:val="22"/>
        </w:rPr>
        <w:t>Ödeme için IBAN bilgim aşağıda yer almaktadır.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Son İşveren Unvanı : ______</w:t>
      </w:r>
    </w:p>
    <w:p>
      <w:pPr>
        <w:jc w:val="left"/>
      </w:pPr>
      <w:r>
        <w:rPr>
          <w:sz w:val="22"/>
        </w:rPr>
        <w:t>Çalışma Süresi : [başlangıç – bitiş tarihi]</w:t>
      </w:r>
    </w:p>
    <w:p>
      <w:pPr>
        <w:jc w:val="left"/>
      </w:pPr>
      <w:r>
        <w:rPr>
          <w:sz w:val="22"/>
        </w:rPr>
        <w:t>Fesih Nedeni/Kodu : ______</w:t>
      </w:r>
    </w:p>
    <w:p>
      <w:pPr>
        <w:jc w:val="left"/>
      </w:pPr>
      <w:r>
        <w:rPr>
          <w:sz w:val="22"/>
        </w:rPr>
        <w:t>IBAN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İşten ayrılış bildirgesi (SGK) / fesih bildirimi</w:t>
      </w:r>
    </w:p>
    <w:p>
      <w:pPr>
        <w:jc w:val="left"/>
      </w:pPr>
      <w:r>
        <w:rPr>
          <w:sz w:val="22"/>
        </w:rPr>
        <w:t>2) Kimlik fotokopisi</w:t>
      </w:r>
    </w:p>
    <w:p>
      <w:pPr>
        <w:jc w:val="left"/>
      </w:pPr>
      <w:r>
        <w:rPr>
          <w:sz w:val="22"/>
        </w:rPr>
        <w:t>3) IBAN’ı gösterir banka belgesi (hesap cüzdanı/ekstre)</w:t>
      </w:r>
    </w:p>
    <w:p>
      <w:pPr>
        <w:jc w:val="left"/>
      </w:pPr>
      <w:r>
        <w:rPr>
          <w:sz w:val="22"/>
        </w:rPr>
        <w:t>4) (Varsa) Arabuluculuk/mahkeme evrakı</w:t>
      </w:r>
    </w:p>
    <w:p>
      <w:pPr>
        <w:jc w:val="left"/>
      </w:pPr>
      <w:r>
        <w:rPr>
          <w:sz w:val="22"/>
        </w:rPr>
        <w:t>5) (Varsa) İkametgâh belgesi ve özgeçmiş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