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İL/ÜLKE</w:t>
      </w:r>
    </w:p>
    <w:p>
      <w:pPr>
        <w:jc w:val="center"/>
      </w:pPr>
      <w:r>
        <w:rPr>
          <w:sz w:val="22"/>
        </w:rPr>
        <w:t>................................................. [T.C. / İLGİLİ ÜLKE] [BÜYÜKELÇİLİĞİ/BAŞKONSOLOSLUĞU] Vize Bölümüne</w:t>
      </w:r>
    </w:p>
    <w:p/>
    <w:p>
      <w:pPr>
        <w:jc w:val="center"/>
      </w:pPr>
      <w:r>
        <w:rPr>
          <w:sz w:val="22"/>
        </w:rPr>
        <w:t>Konu: Şirket çalışanımızın vize başvurusu hakkında işveren yazısı</w:t>
      </w:r>
    </w:p>
    <w:p/>
    <w:p>
      <w:pPr>
        <w:jc w:val="left"/>
      </w:pPr>
      <w:r>
        <w:rPr>
          <w:sz w:val="22"/>
        </w:rPr>
        <w:t>Şirketimiz [Şirket Unvanı] (Vergi No: ______, Adres: ______) bünyesinde [..../..../20....] tarihinden bu yana [Adı SOYADI, T.C. Kimlik No: ______] [pozisyon] olarak tam zamanlı çalışmaktadır.</w:t>
      </w:r>
    </w:p>
    <w:p/>
    <w:p>
      <w:pPr>
        <w:jc w:val="left"/>
      </w:pPr>
      <w:r>
        <w:rPr>
          <w:sz w:val="22"/>
        </w:rPr>
        <w:t>Çalışanımızın [iş/seminer/konferans/iş görüşmesi/eğitim] amacıyla [gidilecek ülke/şehir]’e [başlangıç tarihi] – [bitiş tarihi] tarihleri arasında seyahat etmesi planlanmaktadır. İlgili tarihlerde ücretli izinli/iş seyahatinde sayılacak olup, dönüşünde görevine devam edecektir.</w:t>
      </w:r>
    </w:p>
    <w:p/>
    <w:p>
      <w:pPr>
        <w:jc w:val="left"/>
      </w:pPr>
      <w:r>
        <w:rPr>
          <w:sz w:val="22"/>
        </w:rPr>
        <w:t>Seyahat ve konaklama masrafları [şirket tarafından karşılanacak/çalışan tarafından karşılanacaktır]. Pasaport ve vize mevzuatına uygun hareket edileceğini, çalışanımızın ülkemizdeki iş ve sosyal bağlarının güçlü olduğunu beyan eder; vize işlemlerinin uygun bulunmasını saygılarımızla arz ederiz.</w:t>
      </w:r>
    </w:p>
    <w:p/>
    <w:p>
      <w:pPr>
        <w:jc w:val="left"/>
      </w:pPr>
      <w:r>
        <w:rPr>
          <w:sz w:val="22"/>
        </w:rPr>
        <w:t>Bilgi ve gereğini arz ederiz.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[İşveren/Yetkili]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Görevi/Unvanı : ______</w:t>
      </w:r>
    </w:p>
    <w:p>
      <w:pPr>
        <w:jc w:val="left"/>
      </w:pPr>
      <w:r>
        <w:rPr>
          <w:sz w:val="22"/>
        </w:rPr>
        <w:t>Şirket Unvanı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İmza ve Kaşe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Çalışma/İşe giriş bildirgesi veya SGK hizmet dökümü</w:t>
      </w:r>
    </w:p>
    <w:p>
      <w:pPr>
        <w:jc w:val="left"/>
      </w:pPr>
      <w:r>
        <w:rPr>
          <w:sz w:val="22"/>
        </w:rPr>
        <w:t>2) Son 3 aya ait maaş bordroları</w:t>
      </w:r>
    </w:p>
    <w:p>
      <w:pPr>
        <w:jc w:val="left"/>
      </w:pPr>
      <w:r>
        <w:rPr>
          <w:sz w:val="22"/>
        </w:rPr>
        <w:t>3) Şirket imza sirküleri</w:t>
      </w:r>
    </w:p>
    <w:p>
      <w:pPr>
        <w:jc w:val="left"/>
      </w:pPr>
      <w:r>
        <w:rPr>
          <w:sz w:val="22"/>
        </w:rPr>
        <w:t>4) Faaliyet belgesi / Ticaret sicil gazetesi</w:t>
      </w:r>
    </w:p>
    <w:p>
      <w:pPr>
        <w:jc w:val="left"/>
      </w:pPr>
      <w:r>
        <w:rPr>
          <w:sz w:val="22"/>
        </w:rPr>
        <w:t>5) (Varsa) Davet mektubu / seyahat planı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