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İL/ÜLKE</w:t>
      </w:r>
    </w:p>
    <w:p>
      <w:pPr>
        <w:jc w:val="center"/>
      </w:pPr>
      <w:r>
        <w:rPr>
          <w:sz w:val="22"/>
        </w:rPr>
        <w:t>................................................. İTALYA CUMHURİYETİ [İSTANBUL/İZMİR] BAŞKONSOLOSLUĞU Vize Bölümüne / [ANKARA] BÜYÜKELÇİLİĞİ Vize Bölümüne</w:t>
      </w:r>
    </w:p>
    <w:p/>
    <w:p>
      <w:pPr>
        <w:jc w:val="center"/>
      </w:pPr>
      <w:r>
        <w:rPr>
          <w:sz w:val="22"/>
        </w:rPr>
        <w:t>Konu: Ticari (iş) vize başvurum hakkında dilekçe</w:t>
      </w:r>
    </w:p>
    <w:p/>
    <w:p>
      <w:pPr>
        <w:jc w:val="left"/>
      </w:pPr>
      <w:r>
        <w:rPr>
          <w:sz w:val="22"/>
        </w:rPr>
        <w:t>Şirketimde/kurumumda [pozisyon] olarak görev yapmaktayım. [İtalyan şirket/kurum adı] ile [toplantı/görüşme/fuar/iş geliştirme] amaçlı temaslarda bulunmak üzere [başlangıç tarihi] – [bitiş tarihi] tarihleri arasında İtalya’ya seyahat edeceğim. Davet mektubu ve program akışı dilekçe ekinde sunulmuştur.</w:t>
      </w:r>
    </w:p>
    <w:p/>
    <w:p>
      <w:pPr>
        <w:jc w:val="left"/>
      </w:pPr>
      <w:r>
        <w:rPr>
          <w:sz w:val="22"/>
        </w:rPr>
        <w:t>Seyahat güzergâhım ve konaklama planım belirlenmiş olup, ulaşım ve otel rezervasyonlarım mevcuttur. Seyahat ve konaklama giderleri [şirketim tarafından karşılanacaktır/şahsen karşılanacaktır].</w:t>
      </w:r>
    </w:p>
    <w:p/>
    <w:p>
      <w:pPr>
        <w:jc w:val="left"/>
      </w:pPr>
      <w:r>
        <w:rPr>
          <w:sz w:val="22"/>
        </w:rPr>
        <w:t>Ülkemdeki iş, aile ve ekonomik bağlarım kuvvetlidir. Ziyaret amacım tamamlandığında Türkiye’ye döneceğimi ve vize mevzuatına uygun hareket edeceğimi taahhüt ederim.</w:t>
      </w:r>
    </w:p>
    <w:p/>
    <w:p>
      <w:pPr>
        <w:jc w:val="left"/>
      </w:pPr>
      <w:r>
        <w:rPr>
          <w:sz w:val="22"/>
        </w:rPr>
        <w:t>Gerekli görüldüğü takdirde ilave bilgi ve belge sunabilirim. Başvurumun olumlu değerlendirilmesini saygılarımla arz ederim.</w:t>
      </w:r>
    </w:p>
    <w:p/>
    <w:p>
      <w:pPr>
        <w:jc w:val="left"/>
      </w:pPr>
      <w:r>
        <w:rPr>
          <w:sz w:val="22"/>
        </w:rPr>
        <w:t>Bilgi ve 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Pasaport No : ______</w:t>
      </w:r>
    </w:p>
    <w:p>
      <w:pPr>
        <w:jc w:val="left"/>
      </w:pPr>
      <w:r>
        <w:rPr>
          <w:sz w:val="22"/>
        </w:rPr>
        <w:t>Doğum Tarihi : ______</w:t>
      </w:r>
    </w:p>
    <w:p>
      <w:pPr>
        <w:jc w:val="left"/>
      </w:pPr>
      <w:r>
        <w:rPr>
          <w:sz w:val="22"/>
        </w:rPr>
        <w:t>Görev/Unvan : ______</w:t>
      </w:r>
    </w:p>
    <w:p>
      <w:pPr>
        <w:jc w:val="left"/>
      </w:pPr>
      <w:r>
        <w:rPr>
          <w:sz w:val="22"/>
        </w:rPr>
        <w:t>Çalıştığı Şirket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Davet Eden Şirket/Kişi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Davet mektubu ve program</w:t>
      </w:r>
    </w:p>
    <w:p>
      <w:pPr>
        <w:jc w:val="left"/>
      </w:pPr>
      <w:r>
        <w:rPr>
          <w:sz w:val="22"/>
        </w:rPr>
        <w:t>2) Ulaşım ve otel rezervasyonları</w:t>
      </w:r>
    </w:p>
    <w:p>
      <w:pPr>
        <w:jc w:val="left"/>
      </w:pPr>
      <w:r>
        <w:rPr>
          <w:sz w:val="22"/>
        </w:rPr>
        <w:t>3) Şirket yazısı/çalışma belgesi ve SGK hizmet dökümü</w:t>
      </w:r>
    </w:p>
    <w:p>
      <w:pPr>
        <w:jc w:val="left"/>
      </w:pPr>
      <w:r>
        <w:rPr>
          <w:sz w:val="22"/>
        </w:rPr>
        <w:t>4) Gelir durumunu gösterir belgeler (bordro/hesap dökümü)</w:t>
      </w:r>
    </w:p>
    <w:p>
      <w:pPr>
        <w:jc w:val="left"/>
      </w:pPr>
      <w:r>
        <w:rPr>
          <w:sz w:val="22"/>
        </w:rPr>
        <w:t>5) Pasaport ve kimlik fotokopisi, seyahat sağlık sigortası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