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CITY/COUNTRY  ·  İL/ÜLKE</w:t>
      </w:r>
    </w:p>
    <w:p>
      <w:pPr>
        <w:jc w:val="center"/>
      </w:pPr>
      <w:r>
        <w:rPr>
          <w:sz w:val="22"/>
        </w:rPr>
        <w:t>................................................. ITALIAN REPUBLIC [ISTANBUL/IZMIR] CONSULATE GENERAL – Visa Section / [ANKARA] EMBASSY – Visa Section</w:t>
      </w:r>
    </w:p>
    <w:p>
      <w:pPr>
        <w:jc w:val="center"/>
      </w:pPr>
      <w:r>
        <w:rPr>
          <w:sz w:val="22"/>
        </w:rPr>
        <w:t>................................................. İTALYA CUMHURİYETİ [İSTANBUL/İZMİR] BAŞKONSOLOSLUĞU – Vize Bölümü / [ANKARA] BÜYÜKELÇİLİĞİ – Vize Bölümü</w:t>
      </w:r>
    </w:p>
    <w:p/>
    <w:p>
      <w:pPr>
        <w:jc w:val="center"/>
      </w:pPr>
      <w:r>
        <w:rPr>
          <w:sz w:val="22"/>
        </w:rPr>
        <w:t>Subject: Business (Trade) Visa Application Letter  ·  Konu: Ticari (İş) Vize Başvurum Hakkında Dilekçe</w:t>
      </w:r>
    </w:p>
    <w:p/>
    <w:p>
      <w:pPr>
        <w:jc w:val="left"/>
      </w:pPr>
      <w:r>
        <w:rPr>
          <w:sz w:val="22"/>
        </w:rPr>
        <w:t>I am employed as [position] at [company name]. I plan to travel to Italy between [start date] and [end date] for business purposes to meet with [Italian company/organization] for [meetings/negotiations/fair/business development]. The invitation letter and agenda are enclosed.</w:t>
      </w:r>
    </w:p>
    <w:p>
      <w:pPr>
        <w:jc w:val="left"/>
      </w:pPr>
      <w:r>
        <w:rPr>
          <w:sz w:val="22"/>
        </w:rPr>
        <w:t>Şirketimde/kurumumda [pozisyon] olarak görev yapmaktayım. [İtalyan şirket/kurum adı] ile [toplantı/görüşme/fuar/iş geliştirme] amaçlı görüşmeler yapmak üzere [başlangıç tarihi] – [bitiş tarihi] tarihleri arasında İtalya’ya seyahat edeceğim. Davet mektubu ve program eklenmiştir.</w:t>
      </w:r>
    </w:p>
    <w:p/>
    <w:p>
      <w:pPr>
        <w:jc w:val="left"/>
      </w:pPr>
      <w:r>
        <w:rPr>
          <w:sz w:val="22"/>
        </w:rPr>
        <w:t>My travel itinerary and hotel arrangements are confirmed; flight and accommodation reservations have been made. Travel expenses will be [covered by my company / covered personally].</w:t>
      </w:r>
    </w:p>
    <w:p>
      <w:pPr>
        <w:jc w:val="left"/>
      </w:pPr>
      <w:r>
        <w:rPr>
          <w:sz w:val="22"/>
        </w:rPr>
        <w:t>Seyahat güzergâhım ve konaklama planım kesinleşmiş olup, uçuş ve otel rezervasyonlarım yapılmıştır. Seyahat giderleri [şirketim tarafından karşılanacaktır/şahsen karşılanacaktır].</w:t>
      </w:r>
    </w:p>
    <w:p/>
    <w:p>
      <w:pPr>
        <w:jc w:val="left"/>
      </w:pPr>
      <w:r>
        <w:rPr>
          <w:sz w:val="22"/>
        </w:rPr>
        <w:t>I have strong professional, family, and economic ties in Türkiye. I undertake to comply with visa rules and to return to Türkiye upon completion of my visit.</w:t>
      </w:r>
    </w:p>
    <w:p>
      <w:pPr>
        <w:jc w:val="left"/>
      </w:pPr>
      <w:r>
        <w:rPr>
          <w:sz w:val="22"/>
        </w:rPr>
        <w:t>Türkiye’deki iş, aile ve ekonomik bağlarım kuvvetlidir. Ziyaretim tamamlandığında Türkiye’ye döneceğimi ve vize kurallarına uygun davranacağımı taahhüt ederim.</w:t>
      </w:r>
    </w:p>
    <w:p/>
    <w:p>
      <w:pPr>
        <w:jc w:val="left"/>
      </w:pPr>
      <w:r>
        <w:rPr>
          <w:sz w:val="22"/>
        </w:rPr>
        <w:t>I am ready to provide any additional information or documents if needed. I kindly request that my application be favorably considered.</w:t>
      </w:r>
    </w:p>
    <w:p>
      <w:pPr>
        <w:jc w:val="left"/>
      </w:pPr>
      <w:r>
        <w:rPr>
          <w:sz w:val="22"/>
        </w:rPr>
        <w:t>Gerekli görülmesi hâlinde ilave bilgi ve belge sunabilirim. Başvurumun olumlu değerlendirilmesini saygılarımla arz ederim.</w:t>
      </w:r>
    </w:p>
    <w:p/>
    <w:p>
      <w:pPr>
        <w:jc w:val="left"/>
      </w:pPr>
      <w:r>
        <w:rPr>
          <w:sz w:val="22"/>
        </w:rPr>
        <w:t>Yours faithfully / Saygılarımla,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[Applicant / Başvuran]</w:t>
      </w:r>
    </w:p>
    <w:p>
      <w:pPr>
        <w:jc w:val="left"/>
      </w:pPr>
      <w:r>
        <w:rPr>
          <w:sz w:val="22"/>
        </w:rPr>
        <w:t>Full Name / Adı Soyadı : ______</w:t>
      </w:r>
    </w:p>
    <w:p>
      <w:pPr>
        <w:jc w:val="left"/>
      </w:pPr>
      <w:r>
        <w:rPr>
          <w:sz w:val="22"/>
        </w:rPr>
        <w:t>Nationality &amp; ID No / Uyruk &amp; T.C. Kimlik No : ______</w:t>
      </w:r>
    </w:p>
    <w:p>
      <w:pPr>
        <w:jc w:val="left"/>
      </w:pPr>
      <w:r>
        <w:rPr>
          <w:sz w:val="22"/>
        </w:rPr>
        <w:t>Passport No / Pasaport No : ______</w:t>
      </w:r>
    </w:p>
    <w:p>
      <w:pPr>
        <w:jc w:val="left"/>
      </w:pPr>
      <w:r>
        <w:rPr>
          <w:sz w:val="22"/>
        </w:rPr>
        <w:t>Date of Birth / Doğum Tarihi : ______</w:t>
      </w:r>
    </w:p>
    <w:p>
      <w:pPr>
        <w:jc w:val="left"/>
      </w:pPr>
      <w:r>
        <w:rPr>
          <w:sz w:val="22"/>
        </w:rPr>
        <w:t>Position / Görev‑Unvan : ______</w:t>
      </w:r>
    </w:p>
    <w:p>
      <w:pPr>
        <w:jc w:val="left"/>
      </w:pPr>
      <w:r>
        <w:rPr>
          <w:sz w:val="22"/>
        </w:rPr>
        <w:t>Employer / Çalıştığı Şirket : ______</w:t>
      </w:r>
    </w:p>
    <w:p>
      <w:pPr>
        <w:jc w:val="left"/>
      </w:pPr>
      <w:r>
        <w:rPr>
          <w:sz w:val="22"/>
        </w:rPr>
        <w:t>Address / Adres : ______</w:t>
      </w:r>
    </w:p>
    <w:p>
      <w:pPr>
        <w:jc w:val="left"/>
      </w:pPr>
      <w:r>
        <w:rPr>
          <w:sz w:val="22"/>
        </w:rPr>
        <w:t>Phone / Telefon : ______</w:t>
      </w:r>
    </w:p>
    <w:p>
      <w:pPr>
        <w:jc w:val="left"/>
      </w:pPr>
      <w:r>
        <w:rPr>
          <w:sz w:val="22"/>
        </w:rPr>
        <w:t>E‑mail / E‑posta : ______</w:t>
      </w:r>
    </w:p>
    <w:p>
      <w:pPr>
        <w:jc w:val="left"/>
      </w:pPr>
      <w:r>
        <w:rPr>
          <w:sz w:val="22"/>
        </w:rPr>
        <w:t>Inviting Company/Person / Davet Eden Şirket/Kişi : ______</w:t>
      </w:r>
    </w:p>
    <w:p>
      <w:pPr>
        <w:jc w:val="left"/>
      </w:pPr>
      <w:r>
        <w:rPr>
          <w:sz w:val="22"/>
        </w:rPr>
        <w:t>Signature / İmza</w:t>
      </w:r>
    </w:p>
    <w:p/>
    <w:p/>
    <w:p/>
    <w:p/>
    <w:p/>
    <w:p>
      <w:pPr>
        <w:jc w:val="left"/>
      </w:pPr>
      <w:r>
        <w:rPr>
          <w:sz w:val="22"/>
        </w:rPr>
        <w:t>Attachments / Ekler:</w:t>
      </w:r>
    </w:p>
    <w:p>
      <w:pPr>
        <w:jc w:val="left"/>
      </w:pPr>
      <w:r>
        <w:rPr>
          <w:sz w:val="22"/>
        </w:rPr>
        <w:t>1) Invitation letter and agenda / Davet mektubu ve program</w:t>
      </w:r>
    </w:p>
    <w:p>
      <w:pPr>
        <w:jc w:val="left"/>
      </w:pPr>
      <w:r>
        <w:rPr>
          <w:sz w:val="22"/>
        </w:rPr>
        <w:t>2) Flight and hotel reservations / Ulaşım ve otel rezervasyonları</w:t>
      </w:r>
    </w:p>
    <w:p>
      <w:pPr>
        <w:jc w:val="left"/>
      </w:pPr>
      <w:r>
        <w:rPr>
          <w:sz w:val="22"/>
        </w:rPr>
        <w:t>3) Employment/Work certificate and SGK records / Çalışma belgesi ve SGK kayıtları</w:t>
      </w:r>
    </w:p>
    <w:p>
      <w:pPr>
        <w:jc w:val="left"/>
      </w:pPr>
      <w:r>
        <w:rPr>
          <w:sz w:val="22"/>
        </w:rPr>
        <w:t>4) Proof of income (payroll/bank statement) / Gelir belgeleri (bordro/hesap dökümü)</w:t>
      </w:r>
    </w:p>
    <w:p>
      <w:pPr>
        <w:jc w:val="left"/>
      </w:pPr>
      <w:r>
        <w:rPr>
          <w:sz w:val="22"/>
        </w:rPr>
        <w:t>5) Passport copy and travel health insurance / Pasaport fotokopisi ve seyahat sağlık sigortası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