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İSTANBUL</w:t>
      </w:r>
    </w:p>
    <w:p>
      <w:pPr>
        <w:jc w:val="center"/>
      </w:pPr>
      <w:r>
        <w:rPr>
          <w:sz w:val="22"/>
        </w:rPr>
        <w:t>................................................. İSTANBUL TİCARET ODASI (İTO) TİCARET SİCİL MÜDÜRLÜĞÜNE</w:t>
      </w:r>
    </w:p>
    <w:p/>
    <w:p>
      <w:pPr>
        <w:jc w:val="center"/>
      </w:pPr>
      <w:r>
        <w:rPr>
          <w:sz w:val="22"/>
        </w:rPr>
        <w:t>Konu: Sicil tasdiknamesi düzenlenmesi talebi</w:t>
      </w:r>
    </w:p>
    <w:p/>
    <w:p>
      <w:pPr>
        <w:jc w:val="left"/>
      </w:pPr>
      <w:r>
        <w:rPr>
          <w:sz w:val="22"/>
        </w:rPr>
        <w:t>Şirket/İşletme Unvanı : ____________________________</w:t>
      </w:r>
    </w:p>
    <w:p>
      <w:pPr>
        <w:jc w:val="left"/>
      </w:pPr>
      <w:r>
        <w:rPr>
          <w:sz w:val="22"/>
        </w:rPr>
        <w:t>MERSİS No : ____________________________   ·   Ticaret Sicil No : ____________________________</w:t>
      </w:r>
    </w:p>
    <w:p>
      <w:pPr>
        <w:jc w:val="left"/>
      </w:pPr>
      <w:r>
        <w:rPr>
          <w:sz w:val="22"/>
        </w:rPr>
        <w:t>Vergi No : ____________________________   ·   Oda Sicil No : ____________________________</w:t>
      </w:r>
    </w:p>
    <w:p>
      <w:pPr>
        <w:jc w:val="left"/>
      </w:pPr>
      <w:r>
        <w:rPr>
          <w:sz w:val="22"/>
        </w:rPr>
        <w:t>Merkez Adresi : ____________________________</w:t>
      </w:r>
    </w:p>
    <w:p>
      <w:pPr>
        <w:jc w:val="left"/>
      </w:pPr>
      <w:r>
        <w:rPr>
          <w:sz w:val="22"/>
        </w:rPr>
        <w:t>Yetkili Kişi(ler) : ____________________________   ·   Görevi/Unvanı : ____________________________</w:t>
      </w:r>
    </w:p>
    <w:p/>
    <w:p>
      <w:pPr>
        <w:jc w:val="left"/>
      </w:pPr>
      <w:r>
        <w:rPr>
          <w:sz w:val="22"/>
        </w:rPr>
        <w:t>Yukarıda bilgileri yer alan şirket/işletmemiz adına **sicil tasdiknamesi** düzenlenmesini talep ederiz. Tasdiknamenin [amaç: banka/ihale/başvuru vb.] işlemlerinde kullanılmak üzere hazırlanarak tarafımıza verilmesini arz ederiz.</w:t>
      </w:r>
    </w:p>
    <w:p/>
    <w:p>
      <w:pPr>
        <w:jc w:val="left"/>
      </w:pPr>
      <w:r>
        <w:rPr>
          <w:sz w:val="22"/>
        </w:rPr>
        <w:t>Gereğini arz ederiz.</w:t>
      </w:r>
    </w:p>
    <w:p/>
    <w:p>
      <w:pPr>
        <w:jc w:val="left"/>
      </w:pPr>
      <w:r>
        <w:rPr>
          <w:sz w:val="22"/>
        </w:rPr>
        <w:t>İstanbul, .... / .... / 20....</w:t>
      </w:r>
    </w:p>
    <w:p/>
    <w:p>
      <w:pPr>
        <w:jc w:val="left"/>
      </w:pPr>
      <w:r>
        <w:rPr>
          <w:sz w:val="22"/>
        </w:rPr>
        <w:t>[Yetkili]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Unvanı : ______</w:t>
      </w:r>
    </w:p>
    <w:p>
      <w:pPr>
        <w:jc w:val="left"/>
      </w:pPr>
      <w:r>
        <w:rPr>
          <w:sz w:val="22"/>
        </w:rPr>
        <w:t>İmza ve Kaşe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İmza sirküleri veya yetki belgesi</w:t>
      </w:r>
    </w:p>
    <w:p>
      <w:pPr>
        <w:jc w:val="left"/>
      </w:pPr>
      <w:r>
        <w:rPr>
          <w:sz w:val="22"/>
        </w:rPr>
        <w:t>2) Ticaret sicil gazetesi örnekleri (son durum)</w:t>
      </w:r>
    </w:p>
    <w:p>
      <w:pPr>
        <w:jc w:val="left"/>
      </w:pPr>
      <w:r>
        <w:rPr>
          <w:sz w:val="22"/>
        </w:rPr>
        <w:t>3) Vergi levhası/oda sicil belgesi (varsa)</w:t>
      </w:r>
    </w:p>
    <w:p>
      <w:pPr>
        <w:jc w:val="left"/>
      </w:pPr>
      <w:r>
        <w:rPr>
          <w:sz w:val="22"/>
        </w:rPr>
        <w:t>4) Kimlik fotokopisi</w:t>
      </w:r>
    </w:p>
    <w:p>
      <w:pPr>
        <w:jc w:val="left"/>
      </w:pPr>
      <w:r>
        <w:rPr>
          <w:sz w:val="22"/>
        </w:rPr>
        <w:t>5) (Varsa) Vekâletname ve vekil kimliği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