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İSTANBUL</w:t>
      </w:r>
    </w:p>
    <w:p>
      <w:pPr>
        <w:jc w:val="center"/>
      </w:pPr>
      <w:r>
        <w:rPr>
          <w:sz w:val="22"/>
        </w:rPr>
        <w:t>................................................. İSTANBUL TİCARET ODASI (İTO) [ODA SİCİL MÜDÜRLÜĞÜNE/TİCARET SİCİL MÜDÜRLÜĞÜNE]</w:t>
      </w:r>
    </w:p>
    <w:p/>
    <w:p>
      <w:pPr>
        <w:jc w:val="center"/>
      </w:pPr>
      <w:r>
        <w:rPr>
          <w:sz w:val="22"/>
        </w:rPr>
        <w:t>Konu: Şirket/işletme adına yetki belgesi düzenlenmesi talebi</w:t>
      </w:r>
    </w:p>
    <w:p/>
    <w:p>
      <w:pPr>
        <w:jc w:val="left"/>
      </w:pPr>
      <w:r>
        <w:rPr>
          <w:sz w:val="22"/>
        </w:rPr>
        <w:t>Şirket/İşletme Unvanı : ____________________________</w:t>
      </w:r>
    </w:p>
    <w:p>
      <w:pPr>
        <w:jc w:val="left"/>
      </w:pPr>
      <w:r>
        <w:rPr>
          <w:sz w:val="22"/>
        </w:rPr>
        <w:t>MERSİS No : ____________________________   ·   Ticaret Sicil No : ____________________________</w:t>
      </w:r>
    </w:p>
    <w:p>
      <w:pPr>
        <w:jc w:val="left"/>
      </w:pPr>
      <w:r>
        <w:rPr>
          <w:sz w:val="22"/>
        </w:rPr>
        <w:t>Vergi No : ____________________________   ·   Oda Sicil No : ____________________________</w:t>
      </w:r>
    </w:p>
    <w:p>
      <w:pPr>
        <w:jc w:val="left"/>
      </w:pPr>
      <w:r>
        <w:rPr>
          <w:sz w:val="22"/>
        </w:rPr>
        <w:t>Merkez Adresi : ____________________________</w:t>
      </w:r>
    </w:p>
    <w:p>
      <w:pPr>
        <w:jc w:val="left"/>
      </w:pPr>
      <w:r>
        <w:rPr>
          <w:sz w:val="22"/>
        </w:rPr>
        <w:t>Yetkili Kişi(ler) : ____________________________   ·   Görevi/Unvanı : ____________________________</w:t>
      </w:r>
    </w:p>
    <w:p/>
    <w:p>
      <w:pPr>
        <w:jc w:val="left"/>
      </w:pPr>
      <w:r>
        <w:rPr>
          <w:sz w:val="22"/>
        </w:rPr>
        <w:t>İşbu dilekçe ile, yukarıda bilgileri yer alan şirket/işletmemiz adına **[ad-soyad/T.C. No]**’nun; İTO nezdinde ve ilgili kurum/kuruluşlar nezdinde [belge alma/başvuru/tescil‑tadil‑terkin işlemleri/evrak teslim‑tesellüm vb.] konularında işlem yapmaya **yetkili kılınmasına** ilişkin **Yetki Belgesi**nin düzenlenmesini talep ederiz.</w:t>
      </w:r>
    </w:p>
    <w:p/>
    <w:p>
      <w:pPr>
        <w:jc w:val="left"/>
      </w:pPr>
      <w:r>
        <w:rPr>
          <w:sz w:val="22"/>
        </w:rPr>
        <w:t>Yetkilendirmenin kapsamı ve süresi: [kapsam (sadece İTO işlemleri / tüm resmi işlemler) – başlangıç/bitiş tarihi veya “geri çekilinceye kadar”]. Gerekli görülen durumlarda kimlik ibrazı ve imza karşılığı işlem yapılacaktır.</w:t>
      </w:r>
    </w:p>
    <w:p/>
    <w:p>
      <w:pPr>
        <w:jc w:val="left"/>
      </w:pPr>
      <w:r>
        <w:rPr>
          <w:sz w:val="22"/>
        </w:rPr>
        <w:t>Gereğini arz ederiz.</w:t>
      </w:r>
    </w:p>
    <w:p/>
    <w:p>
      <w:pPr>
        <w:jc w:val="left"/>
      </w:pPr>
      <w:r>
        <w:rPr>
          <w:sz w:val="22"/>
        </w:rPr>
        <w:t>İstanbul, .... / .... / 20....</w:t>
      </w:r>
    </w:p>
    <w:p/>
    <w:p>
      <w:pPr>
        <w:jc w:val="left"/>
      </w:pPr>
      <w:r>
        <w:rPr>
          <w:sz w:val="22"/>
        </w:rPr>
        <w:t>[Yetkili]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Unvanı : ______</w:t>
      </w:r>
    </w:p>
    <w:p>
      <w:pPr>
        <w:jc w:val="left"/>
      </w:pPr>
      <w:r>
        <w:rPr>
          <w:sz w:val="22"/>
        </w:rPr>
        <w:t>İmza ve Kaşe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İmza sirküleri veya yetki kararı (yönetim/ortaklar kurulu)</w:t>
      </w:r>
    </w:p>
    <w:p>
      <w:pPr>
        <w:jc w:val="left"/>
      </w:pPr>
      <w:r>
        <w:rPr>
          <w:sz w:val="22"/>
        </w:rPr>
        <w:t>2) Ticaret sicil gazetesi örnekleri (son durum)</w:t>
      </w:r>
    </w:p>
    <w:p>
      <w:pPr>
        <w:jc w:val="left"/>
      </w:pPr>
      <w:r>
        <w:rPr>
          <w:sz w:val="22"/>
        </w:rPr>
        <w:t>3) Kimlik fotokopisi (yetkili ve yetkilendirilen)</w:t>
      </w:r>
    </w:p>
    <w:p>
      <w:pPr>
        <w:jc w:val="left"/>
      </w:pPr>
      <w:r>
        <w:rPr>
          <w:sz w:val="22"/>
        </w:rPr>
        <w:t>4) Vergi levhası/oda sicil belgesi (varsa)</w:t>
      </w:r>
    </w:p>
    <w:p>
      <w:pPr>
        <w:jc w:val="left"/>
      </w:pPr>
      <w:r>
        <w:rPr>
          <w:sz w:val="22"/>
        </w:rPr>
        <w:t>5) (Varsa) Vekâletname ve vekil kimliği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