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İSTANBUL</w:t>
      </w:r>
    </w:p>
    <w:p>
      <w:pPr>
        <w:jc w:val="center"/>
      </w:pPr>
      <w:r>
        <w:rPr>
          <w:sz w:val="22"/>
        </w:rPr>
        <w:t>................................................. İSTANBUL TEKNİK ÜNİVERSİTESİ [FAKÜLTE/ENSTİTÜ/BÖLÜM BAŞKANLIĞI/ÖĞRENCİ İŞLERİ]NE</w:t>
      </w:r>
    </w:p>
    <w:p/>
    <w:p>
      <w:pPr>
        <w:jc w:val="center"/>
      </w:pPr>
      <w:r>
        <w:rPr>
          <w:sz w:val="22"/>
        </w:rPr>
        <w:t>Konu: [20..–20.. Güz/Bahar/Yaz] dönemi için ders alma (ekleme) talebi</w:t>
      </w:r>
    </w:p>
    <w:p/>
    <w:p>
      <w:pPr>
        <w:jc w:val="left"/>
      </w:pPr>
      <w:r>
        <w:rPr>
          <w:sz w:val="22"/>
        </w:rPr>
        <w:t>Öğrenci Bilgileri</w:t>
      </w:r>
    </w:p>
    <w:p>
      <w:pPr>
        <w:jc w:val="left"/>
      </w:pPr>
      <w:r>
        <w:rPr>
          <w:sz w:val="22"/>
        </w:rPr>
        <w:t>Adı Soyadı : ____________________________   ·   T.C. Kimlik No : ____________________________</w:t>
      </w:r>
    </w:p>
    <w:p>
      <w:pPr>
        <w:jc w:val="left"/>
      </w:pPr>
      <w:r>
        <w:rPr>
          <w:sz w:val="22"/>
        </w:rPr>
        <w:t>Öğrenci No : ____________________________   ·   Program/Bölüm : ____________________________</w:t>
      </w:r>
    </w:p>
    <w:p>
      <w:pPr>
        <w:jc w:val="left"/>
      </w:pPr>
      <w:r>
        <w:rPr>
          <w:sz w:val="22"/>
        </w:rPr>
        <w:t>Sınıf/Yarıyıl : ____________________________   ·   Danışman : ____________________________</w:t>
      </w:r>
    </w:p>
    <w:p/>
    <w:p>
      <w:pPr>
        <w:jc w:val="left"/>
      </w:pPr>
      <w:r>
        <w:rPr>
          <w:sz w:val="22"/>
        </w:rPr>
        <w:t>Aşağıda bilgileri yer alan ders(ler)i, ilgili dönem için programıma eklemek istiyorum. Haftalık ders programım ve kredi/AKTS yüküm göz önünde bulundurularak **ders alma onayımın verilmesini** arz ederim.</w:t>
      </w:r>
    </w:p>
    <w:p/>
    <w:p>
      <w:pPr>
        <w:jc w:val="left"/>
      </w:pPr>
      <w:r>
        <w:rPr>
          <w:sz w:val="22"/>
        </w:rPr>
        <w:t>Ders Bilgileri</w:t>
      </w:r>
    </w:p>
    <w:p>
      <w:pPr>
        <w:jc w:val="left"/>
      </w:pPr>
      <w:r>
        <w:rPr>
          <w:sz w:val="22"/>
        </w:rPr>
        <w:t>Ders Kodu‑Adı : ____________________________   ·   Şube/CRN : ____________________________   ·   AKTS : ___</w:t>
      </w:r>
    </w:p>
    <w:p>
      <w:pPr>
        <w:jc w:val="left"/>
      </w:pPr>
      <w:r>
        <w:rPr>
          <w:sz w:val="22"/>
        </w:rPr>
        <w:t>Ders Kodu‑Adı : ____________________________   ·   Şube/CRN : ____________________________   ·   AKTS : ___</w:t>
      </w:r>
    </w:p>
    <w:p>
      <w:pPr>
        <w:jc w:val="left"/>
      </w:pPr>
      <w:r>
        <w:rPr>
          <w:sz w:val="22"/>
        </w:rPr>
        <w:t>Ders Kodu‑Adı : ____________________________   ·   Şube/CRN : ____________________________   ·   AKTS : ___</w:t>
      </w:r>
    </w:p>
    <w:p/>
    <w:p>
      <w:pPr>
        <w:jc w:val="left"/>
      </w:pPr>
      <w:r>
        <w:rPr>
          <w:sz w:val="22"/>
        </w:rPr>
        <w:t>Gerekçe (varsa): [kontenjan doluluğu / ders çakışması nedeniyle alternatif şube / zorunlu ders / danışman onayı vb.]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İstanbul, .... / .... / 20....</w:t>
      </w:r>
    </w:p>
    <w:p/>
    <w:p>
      <w:pPr>
        <w:jc w:val="left"/>
      </w:pPr>
      <w:r>
        <w:rPr>
          <w:sz w:val="22"/>
        </w:rPr>
        <w:t>[Öğrenci]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İmza</w:t>
      </w:r>
    </w:p>
    <w:p/>
    <w:p>
      <w:pPr>
        <w:jc w:val="left"/>
      </w:pPr>
      <w:r>
        <w:rPr>
          <w:sz w:val="22"/>
        </w:rPr>
        <w:t>İletişim : Adres ______ · Telefon ______ · E‑posta ______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Ders programı (haftalık çizelge)</w:t>
      </w:r>
    </w:p>
    <w:p>
      <w:pPr>
        <w:jc w:val="left"/>
      </w:pPr>
      <w:r>
        <w:rPr>
          <w:sz w:val="22"/>
        </w:rPr>
        <w:t>2) Danışman onay yazısı/e‑posta çıktısı (varsa)</w:t>
      </w:r>
    </w:p>
    <w:p>
      <w:pPr>
        <w:jc w:val="left"/>
      </w:pPr>
      <w:r>
        <w:rPr>
          <w:sz w:val="22"/>
        </w:rPr>
        <w:t>3) (Varsa) Önkoşul/denklik belgesi</w:t>
      </w:r>
    </w:p>
    <w:p>
      <w:pPr>
        <w:jc w:val="left"/>
      </w:pPr>
      <w:r>
        <w:rPr>
          <w:sz w:val="22"/>
        </w:rPr>
        <w:t>4) (Varsa) Kontenjan/şube değişikliği talebine ilişkin belge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