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İZMİR</w:t>
      </w:r>
    </w:p>
    <w:p>
      <w:pPr>
        <w:jc w:val="center"/>
      </w:pPr>
      <w:r>
        <w:rPr>
          <w:sz w:val="22"/>
        </w:rPr>
        <w:t>................................................. İZMİR TİCARET ODASI (İZTO) [ODA SİCİL MÜDÜRLÜĞÜNE / BELGE HİZMETLERİNE]</w:t>
      </w:r>
    </w:p>
    <w:p/>
    <w:p>
      <w:pPr>
        <w:jc w:val="center"/>
      </w:pPr>
      <w:r>
        <w:rPr>
          <w:sz w:val="22"/>
        </w:rPr>
        <w:t>Konu: [Oda kayıt sureti / faaliyet belgesi / sicil tasdiknamesi / unvan‑adres değişikliği bildirimi vb.] talebi</w:t>
      </w:r>
    </w:p>
    <w:p/>
    <w:p>
      <w:pPr>
        <w:jc w:val="left"/>
      </w:pPr>
      <w:r>
        <w:rPr>
          <w:sz w:val="22"/>
        </w:rPr>
        <w:t>Şirket/İşletme Bilgileri</w:t>
      </w:r>
    </w:p>
    <w:p>
      <w:pPr>
        <w:jc w:val="left"/>
      </w:pPr>
      <w:r>
        <w:rPr>
          <w:sz w:val="22"/>
        </w:rPr>
        <w:t>Unvan : ____________________________   ·   MERSİS No : ____________________________</w:t>
      </w:r>
    </w:p>
    <w:p>
      <w:pPr>
        <w:jc w:val="left"/>
      </w:pPr>
      <w:r>
        <w:rPr>
          <w:sz w:val="22"/>
        </w:rPr>
        <w:t>Ticaret Sicil No : ____________________________   ·   Oda Sicil No : ____________________________</w:t>
      </w:r>
    </w:p>
    <w:p>
      <w:pPr>
        <w:jc w:val="left"/>
      </w:pPr>
      <w:r>
        <w:rPr>
          <w:sz w:val="22"/>
        </w:rPr>
        <w:t>Vergi No : ____________________________   ·   Vergi Dairesi : ____________________________</w:t>
      </w:r>
    </w:p>
    <w:p>
      <w:pPr>
        <w:jc w:val="left"/>
      </w:pPr>
      <w:r>
        <w:rPr>
          <w:sz w:val="22"/>
        </w:rPr>
        <w:t>Merkez Adresi : ____________________________</w:t>
      </w:r>
    </w:p>
    <w:p>
      <w:pPr>
        <w:jc w:val="left"/>
      </w:pPr>
      <w:r>
        <w:rPr>
          <w:sz w:val="22"/>
        </w:rPr>
        <w:t>Yetkili(ler) : ____________________________   ·   Görevi/Unvanı : ____________________________</w:t>
      </w:r>
    </w:p>
    <w:p/>
    <w:p>
      <w:pPr>
        <w:jc w:val="left"/>
      </w:pPr>
      <w:r>
        <w:rPr>
          <w:sz w:val="22"/>
        </w:rPr>
        <w:t>Açıklama: [Talep edilen işlem veya belgenin adı, hangi amaçla ve hangi kuruma sunulacağı; gerekiyorsa adet sayısı ve teslim şekli (elden/e‑devlet/e‑posta) belirtilmelidir. Unvan/adres değişikliği bildiriliyorsa değişikliğin tarihi ve dayanak evrak bilgileri yazılmalıdır.]</w:t>
      </w:r>
    </w:p>
    <w:p/>
    <w:p>
      <w:pPr>
        <w:jc w:val="left"/>
      </w:pPr>
      <w:r>
        <w:rPr>
          <w:sz w:val="22"/>
        </w:rPr>
        <w:t>İlgili belgenin/işlemin hazırlanarak tarafımıza verilmesini; işlem için gereken ücretlerin tarafımızca ödeneceğini bilgilerinize sunarım.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İzmir, .... / .... / 20....</w:t>
      </w:r>
    </w:p>
    <w:p/>
    <w:p>
      <w:pPr>
        <w:jc w:val="left"/>
      </w:pPr>
      <w:r>
        <w:rPr>
          <w:sz w:val="22"/>
        </w:rPr>
        <w:t>[Yetkili]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Unvanı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Yazışma Adresi : ______</w:t>
      </w:r>
    </w:p>
    <w:p>
      <w:pPr>
        <w:jc w:val="left"/>
      </w:pPr>
      <w:r>
        <w:rPr>
          <w:sz w:val="22"/>
        </w:rPr>
        <w:t>İmza ve Kaşe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İmza sirküleri veya yetki belgesi</w:t>
      </w:r>
    </w:p>
    <w:p>
      <w:pPr>
        <w:jc w:val="left"/>
      </w:pPr>
      <w:r>
        <w:rPr>
          <w:sz w:val="22"/>
        </w:rPr>
        <w:t>2) Ticaret sicil gazetesi (son durum)</w:t>
      </w:r>
    </w:p>
    <w:p>
      <w:pPr>
        <w:jc w:val="left"/>
      </w:pPr>
      <w:r>
        <w:rPr>
          <w:sz w:val="22"/>
        </w:rPr>
        <w:t>3) Vergi levhası ve oda sicil belgesi (varsa)</w:t>
      </w:r>
    </w:p>
    <w:p>
      <w:pPr>
        <w:jc w:val="left"/>
      </w:pPr>
      <w:r>
        <w:rPr>
          <w:sz w:val="22"/>
        </w:rPr>
        <w:t>4) Kimlik fotokopisi (yetkili)</w:t>
      </w:r>
    </w:p>
    <w:p>
      <w:pPr>
        <w:jc w:val="left"/>
      </w:pPr>
      <w:r>
        <w:rPr>
          <w:sz w:val="22"/>
        </w:rPr>
        <w:t>5) (Varsa) Unvan/adres değişikliğine ilişkin karar ve belge örnekleri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