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[T.C. Ulaştırma ve Altyapı Bakanlığı Karayolu Düzenleme Genel Müdürlüğüne / Bölge Müdürlüğüne]</w:t>
      </w:r>
    </w:p>
    <w:p/>
    <w:p>
      <w:pPr>
        <w:jc w:val="center"/>
      </w:pPr>
      <w:r>
        <w:rPr>
          <w:sz w:val="22"/>
        </w:rPr>
        <w:t>Konu: K2 Yetki Belgesinin devri talebi</w:t>
      </w:r>
    </w:p>
    <w:p/>
    <w:p>
      <w:pPr>
        <w:jc w:val="left"/>
      </w:pPr>
      <w:r>
        <w:rPr>
          <w:sz w:val="22"/>
        </w:rPr>
        <w:t>Karayolu Taşıma Yönetmeliği kapsamında düzenlenen K2 yetki belgesinin devrine ilişkin olarak başvurumuzdur. K2 Belge No: [K2-________].</w:t>
      </w:r>
    </w:p>
    <w:p/>
    <w:p>
      <w:pPr>
        <w:jc w:val="left"/>
      </w:pPr>
      <w:r>
        <w:rPr>
          <w:sz w:val="22"/>
        </w:rPr>
        <w:t>Devreden: [Ticaret Unvanı/Ad Soyad – Vergi No/T.C. Kimlik No – Adres].</w:t>
      </w:r>
    </w:p>
    <w:p/>
    <w:p>
      <w:pPr>
        <w:jc w:val="left"/>
      </w:pPr>
      <w:r>
        <w:rPr>
          <w:sz w:val="22"/>
        </w:rPr>
        <w:t>Devralan: [Ticaret Unvanı/Ad Soyad – Vergi No/T.C. Kimlik No – Adres].</w:t>
      </w:r>
    </w:p>
    <w:p/>
    <w:p>
      <w:pPr>
        <w:jc w:val="left"/>
      </w:pPr>
      <w:r>
        <w:rPr>
          <w:sz w:val="22"/>
        </w:rPr>
        <w:t>Devir gerekçesi ve kapsam: [Şirket birleşmesi/nev’i değişikliği/hisse devri/işletme devri] kapsamında yetki belgesinin tüm hak ve yükümlülükleriyle birlikte devri talep edilmektedir. Araç/filo bilgileri ve uygunluk durumu eklerde sunulmuştur.</w:t>
      </w:r>
    </w:p>
    <w:p/>
    <w:p>
      <w:pPr>
        <w:jc w:val="left"/>
      </w:pPr>
      <w:r>
        <w:rPr>
          <w:sz w:val="22"/>
        </w:rPr>
        <w:t>İdarenizce öngörülen şartların sağlandığını, idari para cezası/harç/ücret borcu bulunmadığını (varsa ödendiğini) beyan eder; başvurumuzun incelenerek devrin gerçekleştirilmesini arz ederiz.</w:t>
      </w:r>
    </w:p>
    <w:p/>
    <w:p>
      <w:pPr>
        <w:jc w:val="left"/>
      </w:pPr>
      <w:r>
        <w:rPr>
          <w:sz w:val="22"/>
        </w:rPr>
        <w:t>Gereğini arz 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[Yetkili/İmza Sirküleri Sahibi – DEVREDEN]</w:t>
      </w:r>
    </w:p>
    <w:p>
      <w:pPr>
        <w:jc w:val="left"/>
      </w:pPr>
      <w:r>
        <w:rPr>
          <w:sz w:val="22"/>
        </w:rPr>
        <w:t>Ticaret Unvanı/Ad Soyad : ______</w:t>
      </w:r>
    </w:p>
    <w:p>
      <w:pPr>
        <w:jc w:val="left"/>
      </w:pPr>
      <w:r>
        <w:rPr>
          <w:sz w:val="22"/>
        </w:rPr>
        <w:t>Vergi No/T.C. Kimlik No : ______</w:t>
      </w:r>
    </w:p>
    <w:p>
      <w:pPr>
        <w:jc w:val="left"/>
      </w:pPr>
      <w:r>
        <w:rPr>
          <w:sz w:val="22"/>
        </w:rPr>
        <w:t>MERSİS/Trade Sicil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>
      <w:pPr>
        <w:jc w:val="left"/>
      </w:pPr>
      <w:r>
        <w:rPr>
          <w:sz w:val="22"/>
        </w:rPr>
        <w:t>[Yetkili/İmza Sirküleri Sahibi – DEVRALAN]</w:t>
      </w:r>
    </w:p>
    <w:p>
      <w:pPr>
        <w:jc w:val="left"/>
      </w:pPr>
      <w:r>
        <w:rPr>
          <w:sz w:val="22"/>
        </w:rPr>
        <w:t>Ticaret Unvanı/Ad Soyad : ______</w:t>
      </w:r>
    </w:p>
    <w:p>
      <w:pPr>
        <w:jc w:val="left"/>
      </w:pPr>
      <w:r>
        <w:rPr>
          <w:sz w:val="22"/>
        </w:rPr>
        <w:t>Vergi No/T.C. Kimlik No : ______</w:t>
      </w:r>
    </w:p>
    <w:p>
      <w:pPr>
        <w:jc w:val="left"/>
      </w:pPr>
      <w:r>
        <w:rPr>
          <w:sz w:val="22"/>
        </w:rPr>
        <w:t>MERSİS/Trade Sicil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K2 belge örneği ve geçerlilik durumu</w:t>
      </w:r>
    </w:p>
    <w:p>
      <w:pPr>
        <w:jc w:val="left"/>
      </w:pPr>
      <w:r>
        <w:rPr>
          <w:sz w:val="22"/>
        </w:rPr>
        <w:t>2) Devir protokolü / hisse satış sözleşmesi / işletme devri belgesi</w:t>
      </w:r>
    </w:p>
    <w:p>
      <w:pPr>
        <w:jc w:val="left"/>
      </w:pPr>
      <w:r>
        <w:rPr>
          <w:sz w:val="22"/>
        </w:rPr>
        <w:t>3) Tarafların ticaret sicil gazeteleri ve güncel faaliyet belgesi</w:t>
      </w:r>
    </w:p>
    <w:p>
      <w:pPr>
        <w:jc w:val="left"/>
      </w:pPr>
      <w:r>
        <w:rPr>
          <w:sz w:val="22"/>
        </w:rPr>
        <w:t>4) Vergi levhası ve imza sirküleri</w:t>
      </w:r>
    </w:p>
    <w:p>
      <w:pPr>
        <w:jc w:val="left"/>
      </w:pPr>
      <w:r>
        <w:rPr>
          <w:sz w:val="22"/>
        </w:rPr>
        <w:t>5) Oda kayıt belgeleri</w:t>
      </w:r>
    </w:p>
    <w:p>
      <w:pPr>
        <w:jc w:val="left"/>
      </w:pPr>
      <w:r>
        <w:rPr>
          <w:sz w:val="22"/>
        </w:rPr>
        <w:t>6) Araç listesi (plaka, tür, cins, taşıma kapasitesi) ve ruhsat suretleri</w:t>
      </w:r>
    </w:p>
    <w:p>
      <w:pPr>
        <w:jc w:val="left"/>
      </w:pPr>
      <w:r>
        <w:rPr>
          <w:sz w:val="22"/>
        </w:rPr>
        <w:t>7) (Varsa) Kira sözleşmeleri ve uygunluk belgeleri</w:t>
      </w:r>
    </w:p>
    <w:p>
      <w:pPr>
        <w:jc w:val="left"/>
      </w:pPr>
      <w:r>
        <w:rPr>
          <w:sz w:val="22"/>
        </w:rPr>
        <w:t>8) Borcu yoktur yazıları / ücret ödeme dekontları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