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[KURUM/ŞİRKET ADI] [İnsan Kaynakları/Personel Daire Başkanlığı]’na</w:t>
      </w:r>
    </w:p>
    <w:p/>
    <w:p>
      <w:pPr>
        <w:jc w:val="center"/>
      </w:pPr>
      <w:r>
        <w:rPr>
          <w:sz w:val="22"/>
        </w:rPr>
        <w:t>Konu: [Pozisyon/Unvan] kadrosuna başvuru</w:t>
      </w:r>
    </w:p>
    <w:p/>
    <w:p>
      <w:pPr>
        <w:jc w:val="left"/>
      </w:pPr>
      <w:r>
        <w:rPr>
          <w:sz w:val="22"/>
        </w:rPr>
        <w:t>[Kurum/Şirket] tarafından [..../..../20....] tarihinde yayımlanan/ilan edilen [İlan No: ____] duyurusunda belirtilen şartlar kapsamında; [Birim/Departman] bünyesinde [Pozisyon/Unvan] kadrosuna başvurumu bilgilerinize sunarım.</w:t>
      </w:r>
    </w:p>
    <w:p/>
    <w:p>
      <w:pPr>
        <w:jc w:val="left"/>
      </w:pPr>
      <w:r>
        <w:rPr>
          <w:sz w:val="22"/>
        </w:rPr>
        <w:t>Eğitim durumum, tecrübem ve niteliklerim ilanda aranan koşulları karşılamaktadır. Özgeçmişim ve destekleyici belgeler dilekçem ekinde sunulmuştur. Uygun görülmesi hâlinde mülakat/sınav süreçlerine katılmak isterim.</w:t>
      </w:r>
    </w:p>
    <w:p/>
    <w:p>
      <w:pPr>
        <w:jc w:val="left"/>
      </w:pPr>
      <w:r>
        <w:rPr>
          <w:sz w:val="22"/>
        </w:rPr>
        <w:t>Başvurunun değerlendirilerek sonucunun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[Aday]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Özgeçmiş (CV)</w:t>
      </w:r>
    </w:p>
    <w:p>
      <w:pPr>
        <w:jc w:val="left"/>
      </w:pPr>
      <w:r>
        <w:rPr>
          <w:sz w:val="22"/>
        </w:rPr>
        <w:t>2) Diploma/Mezuniyet belgesi</w:t>
      </w:r>
    </w:p>
    <w:p>
      <w:pPr>
        <w:jc w:val="left"/>
      </w:pPr>
      <w:r>
        <w:rPr>
          <w:sz w:val="22"/>
        </w:rPr>
        <w:t>3) Sertifikalar ve referans yazıları (varsa)</w:t>
      </w:r>
    </w:p>
    <w:p>
      <w:pPr>
        <w:jc w:val="left"/>
      </w:pPr>
      <w:r>
        <w:rPr>
          <w:sz w:val="22"/>
        </w:rPr>
        <w:t>4) Adli sicil/Askerlik durum belgesi (varsa)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