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[Embassy/Consulate General of Canada] — Visa Section</w:t>
      </w:r>
    </w:p>
    <w:p/>
    <w:p>
      <w:pPr>
        <w:jc w:val="center"/>
      </w:pPr>
      <w:r>
        <w:rPr>
          <w:sz w:val="22"/>
        </w:rPr>
        <w:t>Subject / Konu: Visitor Visa Sponsorship Letter (Ziyaretçi Vizesi Sponsorluğu)</w:t>
      </w:r>
    </w:p>
    <w:p/>
    <w:p>
      <w:pPr>
        <w:jc w:val="left"/>
      </w:pPr>
      <w:r>
        <w:rPr>
          <w:sz w:val="22"/>
        </w:rPr>
        <w:t>I, the undersigned, will act as the financial sponsor for [Applicant's Full Name], passport no: [________], during their temporary visit to Canada between [DD/MM/YYYY] and [DD/MM/YYYY].</w:t>
      </w:r>
    </w:p>
    <w:p>
      <w:pPr>
        <w:jc w:val="left"/>
      </w:pPr>
      <w:r>
        <w:rPr>
          <w:sz w:val="22"/>
        </w:rPr>
        <w:t>Aşağıda imzası bulunan ben, [Başvuru Sahibinin Adı Soyadı], pasaport no: [________] için [GG/AA/YYYY] – [GG/AA/YYYY] tarihleri arasındaki Kanada ziyaretinde mali sponsor olarak hareket edeceğim.</w:t>
      </w:r>
    </w:p>
    <w:p/>
    <w:p>
      <w:pPr>
        <w:jc w:val="left"/>
      </w:pPr>
      <w:r>
        <w:rPr>
          <w:sz w:val="22"/>
        </w:rPr>
        <w:t>Relationship and purpose: [e.g., cousin / family friend / business associate]. The purpose of travel is [tourism / family visit / business meetings].</w:t>
      </w:r>
    </w:p>
    <w:p>
      <w:pPr>
        <w:jc w:val="left"/>
      </w:pPr>
      <w:r>
        <w:rPr>
          <w:sz w:val="22"/>
        </w:rPr>
        <w:t>Yakınlık ve amaç: [ör. kuzen / aile dostu / iş ortağı]. Seyahatin amacı [turizm / aile ziyareti / iş görüşmeleri]dir.</w:t>
      </w:r>
    </w:p>
    <w:p/>
    <w:p>
      <w:pPr>
        <w:jc w:val="left"/>
      </w:pPr>
      <w:r>
        <w:rPr>
          <w:sz w:val="22"/>
        </w:rPr>
        <w:t>I undertake to cover accommodation, domestic transportation, and day‑to‑day expenses in Canada up to [CAD _____]. The applicant will stay at my residence at [address] / or at [hotel details].</w:t>
      </w:r>
    </w:p>
    <w:p>
      <w:pPr>
        <w:jc w:val="left"/>
      </w:pPr>
      <w:r>
        <w:rPr>
          <w:sz w:val="22"/>
        </w:rPr>
        <w:t>Kanada’da konaklama, şehir içi ulaşım ve günlük harcamaları [CAD _____] tutarına kadar karşılamayı taahhüt ederim. Başvuru sahibi [adres]teki ikametimde / veya [otel bilgisi]nde kalacaktır.</w:t>
      </w:r>
    </w:p>
    <w:p/>
    <w:p>
      <w:pPr>
        <w:jc w:val="left"/>
      </w:pPr>
      <w:r>
        <w:rPr>
          <w:sz w:val="22"/>
        </w:rPr>
        <w:t>My employment and financial status: [Employer / Business Name], position [_____], monthly income [_____]. Proof of funds and employment is enclosed.</w:t>
      </w:r>
    </w:p>
    <w:p>
      <w:pPr>
        <w:jc w:val="left"/>
      </w:pPr>
      <w:r>
        <w:rPr>
          <w:sz w:val="22"/>
        </w:rPr>
        <w:t>İstihdam ve mali durumum: [İşveren / Firma Adı], görev [_____], aylık gelir [_____]. Mali yeterlilik ve istihdamı gösteren belgeler ektedir.</w:t>
      </w:r>
    </w:p>
    <w:p/>
    <w:p>
      <w:pPr>
        <w:jc w:val="left"/>
      </w:pPr>
      <w:r>
        <w:rPr>
          <w:sz w:val="22"/>
        </w:rPr>
        <w:t>The applicant will fully comply with Canadian laws and the conditions of the temporary resident visa and will depart Canada before the authorized stay ends.</w:t>
      </w:r>
    </w:p>
    <w:p>
      <w:pPr>
        <w:jc w:val="left"/>
      </w:pPr>
      <w:r>
        <w:rPr>
          <w:sz w:val="22"/>
        </w:rPr>
        <w:t>Başvuru sahibi, Kanada yasalarına ve geçici oturum vizesi şartlarına tam olarak uyacak ve izin verilen kalış süresi dolmadan Kanada’dan ayrılacaktır.</w:t>
      </w:r>
    </w:p>
    <w:p/>
    <w:p>
      <w:pPr>
        <w:jc w:val="left"/>
      </w:pPr>
      <w:r>
        <w:rPr>
          <w:sz w:val="22"/>
        </w:rPr>
        <w:t>I respectfully submit this sponsorship letter for your consideration.</w:t>
      </w:r>
    </w:p>
    <w:p>
      <w:pPr>
        <w:jc w:val="left"/>
      </w:pPr>
      <w:r>
        <w:rPr>
          <w:sz w:val="22"/>
        </w:rPr>
        <w:t>Bilgilerinize sunarım.</w:t>
      </w:r>
    </w:p>
    <w:p/>
    <w:p>
      <w:pPr>
        <w:jc w:val="left"/>
      </w:pPr>
      <w:r>
        <w:rPr>
          <w:sz w:val="22"/>
        </w:rPr>
        <w:t>...................., .... / .... / 20....</w:t>
      </w:r>
    </w:p>
    <w:p/>
    <w:p>
      <w:pPr>
        <w:jc w:val="left"/>
      </w:pPr>
      <w:r>
        <w:rPr>
          <w:sz w:val="22"/>
        </w:rPr>
        <w:t>[Sponsor / Sponsor]</w:t>
      </w:r>
    </w:p>
    <w:p>
      <w:pPr>
        <w:jc w:val="left"/>
      </w:pPr>
      <w:r>
        <w:rPr>
          <w:sz w:val="22"/>
        </w:rPr>
        <w:t>Name &amp; Surname / Adı Soyadı : ______</w:t>
      </w:r>
    </w:p>
    <w:p>
      <w:pPr>
        <w:jc w:val="left"/>
      </w:pPr>
      <w:r>
        <w:rPr>
          <w:sz w:val="22"/>
        </w:rPr>
        <w:t>Passport/ID No / Pasaport/T.C. Kimlik No : ______</w:t>
      </w:r>
    </w:p>
    <w:p>
      <w:pPr>
        <w:jc w:val="left"/>
      </w:pPr>
      <w:r>
        <w:rPr>
          <w:sz w:val="22"/>
        </w:rPr>
        <w:t>Status in Canada (if applicable) / Kanada’daki Statü (varsa) : ______</w:t>
      </w:r>
    </w:p>
    <w:p>
      <w:pPr>
        <w:jc w:val="left"/>
      </w:pPr>
      <w:r>
        <w:rPr>
          <w:sz w:val="22"/>
        </w:rPr>
        <w:t>Address / Adres : ______</w:t>
      </w:r>
    </w:p>
    <w:p>
      <w:pPr>
        <w:jc w:val="left"/>
      </w:pPr>
      <w:r>
        <w:rPr>
          <w:sz w:val="22"/>
        </w:rPr>
        <w:t>Phone / Telefon : ______</w:t>
      </w:r>
    </w:p>
    <w:p>
      <w:pPr>
        <w:jc w:val="left"/>
      </w:pPr>
      <w:r>
        <w:rPr>
          <w:sz w:val="22"/>
        </w:rPr>
        <w:t>E‑mail / E‑posta : ______</w:t>
      </w:r>
    </w:p>
    <w:p>
      <w:pPr>
        <w:jc w:val="left"/>
      </w:pPr>
      <w:r>
        <w:rPr>
          <w:sz w:val="22"/>
        </w:rPr>
        <w:t>Signature / İmza</w:t>
      </w:r>
    </w:p>
    <w:p/>
    <w:p>
      <w:pPr>
        <w:jc w:val="left"/>
      </w:pPr>
      <w:r>
        <w:rPr>
          <w:sz w:val="22"/>
        </w:rPr>
        <w:t>[Applicant (optional) / Başvuru Sahibi (isteğe bağlı)]</w:t>
      </w:r>
    </w:p>
    <w:p>
      <w:pPr>
        <w:jc w:val="left"/>
      </w:pPr>
      <w:r>
        <w:rPr>
          <w:sz w:val="22"/>
        </w:rPr>
        <w:t>Name &amp; Surname / Adı Soyadı : ______</w:t>
      </w:r>
    </w:p>
    <w:p>
      <w:pPr>
        <w:jc w:val="left"/>
      </w:pPr>
      <w:r>
        <w:rPr>
          <w:sz w:val="22"/>
        </w:rPr>
        <w:t>Passport No / Pasaport No : ______</w:t>
      </w:r>
    </w:p>
    <w:p>
      <w:pPr>
        <w:jc w:val="left"/>
      </w:pPr>
      <w:r>
        <w:rPr>
          <w:sz w:val="22"/>
        </w:rPr>
        <w:t>Address / Adres : ______</w:t>
      </w:r>
    </w:p>
    <w:p>
      <w:pPr>
        <w:jc w:val="left"/>
      </w:pPr>
      <w:r>
        <w:rPr>
          <w:sz w:val="22"/>
        </w:rPr>
        <w:t>Phone / Telefon : ______</w:t>
      </w:r>
    </w:p>
    <w:p>
      <w:pPr>
        <w:jc w:val="left"/>
      </w:pPr>
      <w:r>
        <w:rPr>
          <w:sz w:val="22"/>
        </w:rPr>
        <w:t>E‑mail / E‑posta : ______</w:t>
      </w:r>
    </w:p>
    <w:p/>
    <w:p/>
    <w:p/>
    <w:p/>
    <w:p/>
    <w:p/>
    <w:p>
      <w:pPr>
        <w:jc w:val="left"/>
      </w:pPr>
      <w:r>
        <w:rPr>
          <w:sz w:val="22"/>
        </w:rPr>
        <w:t>Ekler / Enclosures:</w:t>
      </w:r>
    </w:p>
    <w:p>
      <w:pPr>
        <w:jc w:val="left"/>
      </w:pPr>
      <w:r>
        <w:rPr>
          <w:sz w:val="22"/>
        </w:rPr>
        <w:t>1) Sponsor’s proof of funds (bank statements, pay slips) / Sponsor mali yeterlilik belgeleri (banka dökümü, maaş bordrosu)</w:t>
      </w:r>
    </w:p>
    <w:p>
      <w:pPr>
        <w:jc w:val="left"/>
      </w:pPr>
      <w:r>
        <w:rPr>
          <w:sz w:val="22"/>
        </w:rPr>
        <w:t>2) Proof of employment or business registration / İstihdam belgesi veya şirket kayıtları</w:t>
      </w:r>
    </w:p>
    <w:p>
      <w:pPr>
        <w:jc w:val="left"/>
      </w:pPr>
      <w:r>
        <w:rPr>
          <w:sz w:val="22"/>
        </w:rPr>
        <w:t>3) Copy of sponsor’s passport/PR/work permit (if applicable) / Sponsor pasaport/oturum/çalışma izni fotokopisi (varsa)</w:t>
      </w:r>
    </w:p>
    <w:p>
      <w:pPr>
        <w:jc w:val="left"/>
      </w:pPr>
      <w:r>
        <w:rPr>
          <w:sz w:val="22"/>
        </w:rPr>
        <w:t>4) Applicant’s passport bio page and travel plan / Başvuru sahibinin pasaport kimlik sayfası ve seyahat planı</w:t>
      </w:r>
    </w:p>
    <w:p>
      <w:pPr>
        <w:jc w:val="left"/>
      </w:pPr>
      <w:r>
        <w:rPr>
          <w:sz w:val="22"/>
        </w:rPr>
        <w:t>5) Invitation itinerary or accommodation booking / Davet programı veya konaklama rezervasyonu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