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sz w:val="22"/>
        </w:rPr>
        <w:t>................................................. İL/İLÇE</w:t>
      </w:r>
    </w:p>
    <w:p>
      <w:pPr>
        <w:jc w:val="center"/>
      </w:pPr>
      <w:r>
        <w:rPr>
          <w:sz w:val="22"/>
        </w:rPr>
        <w:t>................................................. T.C. Millî Savunma Bakanlığı Kara Kuvvetleri Komutanlığına</w:t>
      </w:r>
    </w:p>
    <w:p/>
    <w:p>
      <w:pPr>
        <w:jc w:val="center"/>
      </w:pPr>
      <w:r>
        <w:rPr>
          <w:sz w:val="22"/>
        </w:rPr>
        <w:t>Konu: [Talep/İşlem/İtiraz] hakkında</w:t>
      </w:r>
    </w:p>
    <w:p/>
    <w:p>
      <w:pPr>
        <w:jc w:val="left"/>
      </w:pPr>
      <w:r>
        <w:rPr>
          <w:sz w:val="22"/>
        </w:rPr>
        <w:t>Kurumunuz nezdinde yürütülen/sonuçlanan [işlem/başvuru] ile ilgili olarak; [kısa açıklama: talebin konusu, olayın tarihi, birlik/şube adı, sayı/evrak no vb. bilgiler].</w:t>
      </w:r>
    </w:p>
    <w:p/>
    <w:p>
      <w:pPr>
        <w:jc w:val="left"/>
      </w:pPr>
      <w:r>
        <w:rPr>
          <w:sz w:val="22"/>
        </w:rPr>
        <w:t>İlgili mevzuat ve disiplin hükümleri çerçevesinde gereğinin yapılmasını; işlemin sonucu hakkında tarafıma yazılı bilgilendirme yapılmasını talep ederim.</w:t>
      </w:r>
    </w:p>
    <w:p/>
    <w:p>
      <w:pPr>
        <w:jc w:val="left"/>
      </w:pPr>
      <w:r>
        <w:rPr>
          <w:sz w:val="22"/>
        </w:rPr>
        <w:t>Gereğini arz ederim.</w:t>
      </w:r>
    </w:p>
    <w:p/>
    <w:p>
      <w:pPr>
        <w:jc w:val="left"/>
      </w:pPr>
      <w:r>
        <w:rPr>
          <w:sz w:val="22"/>
        </w:rPr>
        <w:t>..............., .... / .... / 20....</w:t>
      </w:r>
    </w:p>
    <w:p/>
    <w:p>
      <w:pPr>
        <w:jc w:val="left"/>
      </w:pPr>
      <w:r>
        <w:rPr>
          <w:sz w:val="22"/>
        </w:rPr>
        <w:t>[Başvuran/Personel]</w:t>
      </w:r>
    </w:p>
    <w:p>
      <w:pPr>
        <w:jc w:val="left"/>
      </w:pPr>
      <w:r>
        <w:rPr>
          <w:sz w:val="22"/>
        </w:rPr>
        <w:t>Adı Soyadı : ______</w:t>
      </w:r>
    </w:p>
    <w:p>
      <w:pPr>
        <w:jc w:val="left"/>
      </w:pPr>
      <w:r>
        <w:rPr>
          <w:sz w:val="22"/>
        </w:rPr>
        <w:t>T.C. Kimlik No : ______</w:t>
      </w:r>
    </w:p>
    <w:p>
      <w:pPr>
        <w:jc w:val="left"/>
      </w:pPr>
      <w:r>
        <w:rPr>
          <w:sz w:val="22"/>
        </w:rPr>
        <w:t>(Varsa) Rütbe/Sicil No : ______</w:t>
      </w:r>
    </w:p>
    <w:p>
      <w:pPr>
        <w:jc w:val="left"/>
      </w:pPr>
      <w:r>
        <w:rPr>
          <w:sz w:val="22"/>
        </w:rPr>
        <w:t>Bağlı Birlik/Şube : ______</w:t>
      </w:r>
    </w:p>
    <w:p>
      <w:pPr>
        <w:jc w:val="left"/>
      </w:pPr>
      <w:r>
        <w:rPr>
          <w:sz w:val="22"/>
        </w:rPr>
        <w:t>Adres : ______</w:t>
      </w:r>
    </w:p>
    <w:p>
      <w:pPr>
        <w:jc w:val="left"/>
      </w:pPr>
      <w:r>
        <w:rPr>
          <w:sz w:val="22"/>
        </w:rPr>
        <w:t>Telefon : ______</w:t>
      </w:r>
    </w:p>
    <w:p>
      <w:pPr>
        <w:jc w:val="left"/>
      </w:pPr>
      <w:r>
        <w:rPr>
          <w:sz w:val="22"/>
        </w:rPr>
        <w:t>E‑posta : ______</w:t>
      </w:r>
    </w:p>
    <w:p>
      <w:pPr>
        <w:jc w:val="left"/>
      </w:pPr>
      <w:r>
        <w:rPr>
          <w:sz w:val="22"/>
        </w:rPr>
        <w:t>İmza</w:t>
      </w:r>
    </w:p>
    <w:p/>
    <w:p/>
    <w:p/>
    <w:p/>
    <w:p/>
    <w:p>
      <w:pPr>
        <w:jc w:val="left"/>
      </w:pPr>
      <w:r>
        <w:rPr>
          <w:sz w:val="22"/>
        </w:rPr>
        <w:t>Ekler:</w:t>
      </w:r>
    </w:p>
    <w:p>
      <w:pPr>
        <w:jc w:val="left"/>
      </w:pPr>
      <w:r>
        <w:rPr>
          <w:sz w:val="22"/>
        </w:rPr>
        <w:t>1) [Dilekçe konusu işlemi gösterir evrak/tebligat]</w:t>
      </w:r>
    </w:p>
    <w:p>
      <w:pPr>
        <w:jc w:val="left"/>
      </w:pPr>
      <w:r>
        <w:rPr>
          <w:sz w:val="22"/>
        </w:rPr>
        <w:t>2) (Varsa) Kimlik/Sicil/Personel bilgi belgesi</w:t>
      </w:r>
    </w:p>
    <w:p>
      <w:pPr>
        <w:jc w:val="left"/>
      </w:pPr>
      <w:r>
        <w:rPr>
          <w:sz w:val="22"/>
        </w:rPr>
        <w:t>3) (Varsa) Delil/kanıt niteliğindeki belgeler</w:t>
      </w:r>
    </w:p>
    <w:sectPr w:rsidR="00FC693F" w:rsidRPr="0006063C" w:rsidSect="00034616">
      <w:pgSz w:w="12240" w:h="15840"/>
      <w:pgMar w:top="1701" w:right="1134" w:bottom="141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