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T.C. [İL/İLÇE] Nüfus Müdürlüğüne</w:t>
      </w:r>
    </w:p>
    <w:p/>
    <w:p>
      <w:pPr>
        <w:jc w:val="center"/>
      </w:pPr>
      <w:r>
        <w:rPr>
          <w:sz w:val="22"/>
        </w:rPr>
        <w:t>Konu: Kayıp sürücü belgesi (ehliyet) nedeniyle yeniden düzenleme talebi</w:t>
      </w:r>
    </w:p>
    <w:p/>
    <w:p>
      <w:pPr>
        <w:jc w:val="left"/>
      </w:pPr>
      <w:r>
        <w:rPr>
          <w:sz w:val="22"/>
        </w:rPr>
        <w:t>[..../..../20....] tarihinde/sonrasında sürücü belgemin kaybolduğunu fark ettim. Belgem şu anda tarafımda değildir ve üçüncü kişilerin eline geçmiş olabileceğinden endişe etmekteyim.</w:t>
      </w:r>
    </w:p>
    <w:p/>
    <w:p>
      <w:pPr>
        <w:jc w:val="left"/>
      </w:pPr>
      <w:r>
        <w:rPr>
          <w:sz w:val="22"/>
        </w:rPr>
        <w:t>Kayıp olayı [yer/zaman kısa açıklama] şeklinde gerçekleşmiştir. Eski sürücü belgemin iptal edilerek yeni sürücü belgesinin düzenlenmesini; işlemlerin tarafıma bildirilmesini talep ederim.</w:t>
      </w:r>
    </w:p>
    <w:p/>
    <w:p>
      <w:pPr>
        <w:jc w:val="left"/>
      </w:pPr>
      <w:r>
        <w:rPr>
          <w:sz w:val="22"/>
        </w:rPr>
        <w:t>Tarafıma ait kimlik ve iletişim bilgilerim aşağıdadır. (Varsa) kolluk birimine yapılan kayıp bildirimi ve tutanak örneği eklenmiştir.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Doğum Tarihi : ______</w:t>
      </w:r>
    </w:p>
    <w:p>
      <w:pPr>
        <w:jc w:val="left"/>
      </w:pPr>
      <w:r>
        <w:rPr>
          <w:sz w:val="22"/>
        </w:rPr>
        <w:t>Ehliyet No/Sınıfı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T.C. kimlik kartı fotokopisi</w:t>
      </w:r>
    </w:p>
    <w:p>
      <w:pPr>
        <w:jc w:val="left"/>
      </w:pPr>
      <w:r>
        <w:rPr>
          <w:sz w:val="22"/>
        </w:rPr>
        <w:t>2) Biyometrik fotoğraf (güncel)</w:t>
      </w:r>
    </w:p>
    <w:p>
      <w:pPr>
        <w:jc w:val="left"/>
      </w:pPr>
      <w:r>
        <w:rPr>
          <w:sz w:val="22"/>
        </w:rPr>
        <w:t>3) (Varsa) Kayıp/çalıntı tutanağı (kolluk bildirimi)</w:t>
      </w:r>
    </w:p>
    <w:p>
      <w:pPr>
        <w:jc w:val="left"/>
      </w:pPr>
      <w:r>
        <w:rPr>
          <w:sz w:val="22"/>
        </w:rPr>
        <w:t>4) (Varsa) Sağlık raporu / kan grubu bilgisi</w:t>
      </w:r>
    </w:p>
    <w:p>
      <w:pPr>
        <w:jc w:val="left"/>
      </w:pPr>
      <w:r>
        <w:rPr>
          <w:sz w:val="22"/>
        </w:rPr>
        <w:t>5) (Varsa) Harç/bedel ödeme dekontu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