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KAYMAKAMLIĞINA</w:t>
        <w:br/>
        <w:t>(Sosyal Yardımlaşma ve Dayanışma Vakfı Başkanlığı)</w:t>
      </w:r>
    </w:p>
    <w:p/>
    <w:p>
      <w:pPr>
        <w:jc w:val="center"/>
      </w:pPr>
      <w:r>
        <w:rPr>
          <w:sz w:val="22"/>
        </w:rPr>
        <w:t>Konu: Eğitim desteği / burs talebi</w:t>
      </w:r>
    </w:p>
    <w:p/>
    <w:p>
      <w:pPr>
        <w:jc w:val="left"/>
      </w:pPr>
      <w:r>
        <w:rPr>
          <w:sz w:val="22"/>
        </w:rPr>
        <w:t>Öğrenim görmekte olduğum [Okul/Kurum Adı] [Bölüm/Program] [Sınıf/Dönem] öğrencisiyim (Öğrenci No: ______). Hane halkı gelirimiz [aylık ______ TL] olup; eğitim, barınma ve ulaşım giderlerimi karşılamakta güçlük yaşamaktayım.</w:t>
      </w:r>
    </w:p>
    <w:p/>
    <w:p>
      <w:pPr>
        <w:jc w:val="left"/>
      </w:pPr>
      <w:r>
        <w:rPr>
          <w:sz w:val="22"/>
        </w:rPr>
        <w:t>Eğitimime düzenli devam etmekte olup; [başarı durumum/transkript not ortalamam: ____] şeklindedir. Tarafıma **burs/öğrenim desteği** sağlanmasını; gerekli sosyal incelemenin yapılmasını saygıyla talep ederim.</w:t>
      </w:r>
    </w:p>
    <w:p/>
    <w:p>
      <w:pPr>
        <w:jc w:val="left"/>
      </w:pPr>
      <w:r>
        <w:rPr>
          <w:sz w:val="22"/>
        </w:rPr>
        <w:t>Beyan ettiğim bilgiler doğrultusunda, uygun görülmesi hâlinde bursun [IBAN: TR____________________] hesabıma yatırılmasını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Okul/Program : ______</w:t>
      </w:r>
    </w:p>
    <w:p>
      <w:pPr>
        <w:jc w:val="left"/>
      </w:pPr>
      <w:r>
        <w:rPr>
          <w:sz w:val="22"/>
        </w:rPr>
        <w:t>Sınıf/Dönem : ______   Öğrenci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</w:t>
      </w:r>
    </w:p>
    <w:p>
      <w:pPr>
        <w:jc w:val="left"/>
      </w:pPr>
      <w:r>
        <w:rPr>
          <w:sz w:val="22"/>
        </w:rPr>
        <w:t>2) Transkript / başarı belgesi (varsa)</w:t>
      </w:r>
    </w:p>
    <w:p>
      <w:pPr>
        <w:jc w:val="left"/>
      </w:pPr>
      <w:r>
        <w:rPr>
          <w:sz w:val="22"/>
        </w:rPr>
        <w:t>3) Nüfus kayıt örneği ve ikametgâh belgesi</w:t>
      </w:r>
    </w:p>
    <w:p>
      <w:pPr>
        <w:jc w:val="left"/>
      </w:pPr>
      <w:r>
        <w:rPr>
          <w:sz w:val="22"/>
        </w:rPr>
        <w:t>4) Hane gelir belgeleri (maaş bordrosu, SGK hizmet dökümü, işsizlik/gelirsizlik belgesi vb.)</w:t>
      </w:r>
    </w:p>
    <w:p>
      <w:pPr>
        <w:jc w:val="left"/>
      </w:pPr>
      <w:r>
        <w:rPr>
          <w:sz w:val="22"/>
        </w:rPr>
        <w:t>5) (Varsa) Kira kontratı / yurt belgesi</w:t>
      </w:r>
    </w:p>
    <w:p>
      <w:pPr>
        <w:jc w:val="left"/>
      </w:pPr>
      <w:r>
        <w:rPr>
          <w:sz w:val="22"/>
        </w:rPr>
        <w:t>6) (Varsa) Sağlık/engellilik raporu</w:t>
      </w:r>
    </w:p>
    <w:p>
      <w:pPr>
        <w:jc w:val="left"/>
      </w:pPr>
      <w:r>
        <w:rPr>
          <w:sz w:val="22"/>
        </w:rPr>
        <w:t>7) IBAN bilgisini gösterir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