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sz w:val="22"/>
        </w:rPr>
        <w:t>................................................. İL/İLÇE</w:t>
      </w:r>
    </w:p>
    <w:p>
      <w:pPr>
        <w:jc w:val="center"/>
      </w:pPr>
      <w:r>
        <w:rPr>
          <w:sz w:val="22"/>
        </w:rPr>
        <w:t>................................................. [İL/İLÇE] VERGİ DAİRESİ BAŞKANLIĞINA/MÜDÜRLÜĞÜNE</w:t>
      </w:r>
    </w:p>
    <w:p/>
    <w:p>
      <w:pPr>
        <w:jc w:val="center"/>
      </w:pPr>
      <w:r>
        <w:rPr>
          <w:sz w:val="22"/>
        </w:rPr>
        <w:t>Konu: Kentsel dönüşüm kapsamında yersiz tahsil edilen tapu harcının iadesi talebi</w:t>
      </w:r>
    </w:p>
    <w:p/>
    <w:p>
      <w:pPr>
        <w:jc w:val="left"/>
      </w:pPr>
      <w:r>
        <w:rPr>
          <w:sz w:val="22"/>
        </w:rPr>
        <w:t>Tarafımdan, kentsel dönüşüm kapsamındaki [satış/bağış/devre konu işlem] için [Tapu Müdürlüğü: ______] nezdinde [Yevmiye No: ______] numarasıyla [..../..../20....] tarihinde işlem yapılmış ve bu işleme ilişkin olarak [........ TL] tutarında tapu harcı tahsil edilmiştir.</w:t>
      </w:r>
    </w:p>
    <w:p/>
    <w:p>
      <w:pPr>
        <w:jc w:val="left"/>
      </w:pPr>
      <w:r>
        <w:rPr>
          <w:sz w:val="22"/>
        </w:rPr>
        <w:t>6306 sayılı Kanun ve ilgili mevzuat kapsamında söz konusu işlem tapu harcından muaf/istisna olup, harç bedeli sehven tahsil edilmiştir. Bu nedenle tahsil edilen tutarın iadesi gerekmektedir.</w:t>
      </w:r>
    </w:p>
    <w:p/>
    <w:p>
      <w:pPr>
        <w:jc w:val="left"/>
      </w:pPr>
      <w:r>
        <w:rPr>
          <w:sz w:val="22"/>
        </w:rPr>
        <w:t>İade işleminin gerçekleştirilmesi için gerekli kontrol ve hesaplamaların yapılarak, iade tutarının aşağıda bilgisi yer alan IBAN hesabıma ödenmesini; sürecin sonucunun yazılı olarak tarafıma bildirilmesini arz ederim.</w:t>
      </w:r>
    </w:p>
    <w:p/>
    <w:p>
      <w:pPr>
        <w:jc w:val="left"/>
      </w:pPr>
      <w:r>
        <w:rPr>
          <w:sz w:val="22"/>
        </w:rPr>
        <w:t>Gereğini arz ederim.</w:t>
      </w:r>
    </w:p>
    <w:p/>
    <w:p>
      <w:pPr>
        <w:jc w:val="left"/>
      </w:pPr>
      <w:r>
        <w:rPr>
          <w:sz w:val="22"/>
        </w:rPr>
        <w:t>..............., .... / .... / 20....</w:t>
      </w:r>
    </w:p>
    <w:p/>
    <w:p>
      <w:pPr>
        <w:jc w:val="left"/>
      </w:pPr>
      <w:r>
        <w:rPr>
          <w:sz w:val="22"/>
        </w:rPr>
        <w:t>[Başvuran/Mükellef]</w:t>
      </w:r>
    </w:p>
    <w:p>
      <w:pPr>
        <w:jc w:val="left"/>
      </w:pPr>
      <w:r>
        <w:rPr>
          <w:sz w:val="22"/>
        </w:rPr>
        <w:t>Adı Soyadı : ______</w:t>
      </w:r>
    </w:p>
    <w:p>
      <w:pPr>
        <w:jc w:val="left"/>
      </w:pPr>
      <w:r>
        <w:rPr>
          <w:sz w:val="22"/>
        </w:rPr>
        <w:t>T.C. Kimlik No : ______ / Vergi No : ______</w:t>
      </w:r>
    </w:p>
    <w:p>
      <w:pPr>
        <w:jc w:val="left"/>
      </w:pPr>
      <w:r>
        <w:rPr>
          <w:sz w:val="22"/>
        </w:rPr>
        <w:t>Adres : ______</w:t>
      </w:r>
    </w:p>
    <w:p>
      <w:pPr>
        <w:jc w:val="left"/>
      </w:pPr>
      <w:r>
        <w:rPr>
          <w:sz w:val="22"/>
        </w:rPr>
        <w:t>Telefon : ______</w:t>
      </w:r>
    </w:p>
    <w:p>
      <w:pPr>
        <w:jc w:val="left"/>
      </w:pPr>
      <w:r>
        <w:rPr>
          <w:sz w:val="22"/>
        </w:rPr>
        <w:t>E‑posta : ______</w:t>
      </w:r>
    </w:p>
    <w:p>
      <w:pPr>
        <w:jc w:val="left"/>
      </w:pPr>
      <w:r>
        <w:rPr>
          <w:sz w:val="22"/>
        </w:rPr>
        <w:t>IBAN : ______</w:t>
      </w:r>
    </w:p>
    <w:p>
      <w:pPr>
        <w:jc w:val="left"/>
      </w:pPr>
      <w:r>
        <w:rPr>
          <w:sz w:val="22"/>
        </w:rPr>
        <w:t>İmza</w:t>
      </w:r>
    </w:p>
    <w:p/>
    <w:p/>
    <w:p/>
    <w:p/>
    <w:p/>
    <w:p>
      <w:pPr>
        <w:jc w:val="left"/>
      </w:pPr>
      <w:r>
        <w:rPr>
          <w:sz w:val="22"/>
        </w:rPr>
        <w:t>Ekler:</w:t>
      </w:r>
    </w:p>
    <w:p>
      <w:pPr>
        <w:jc w:val="left"/>
      </w:pPr>
      <w:r>
        <w:rPr>
          <w:sz w:val="22"/>
        </w:rPr>
        <w:t>1) Tapu işlem belgesi ve/veya yevmiye kayıt örneği</w:t>
      </w:r>
    </w:p>
    <w:p>
      <w:pPr>
        <w:jc w:val="left"/>
      </w:pPr>
      <w:r>
        <w:rPr>
          <w:sz w:val="22"/>
        </w:rPr>
        <w:t>2) Harç tahsilat makbuzu/dekontu</w:t>
      </w:r>
    </w:p>
    <w:p>
      <w:pPr>
        <w:jc w:val="left"/>
      </w:pPr>
      <w:r>
        <w:rPr>
          <w:sz w:val="22"/>
        </w:rPr>
        <w:t>3) 6306 kapsamını gösterir belge (riskli yapı/rezerv yapı alanı/işlem istisna yazısı vb.)</w:t>
      </w:r>
    </w:p>
    <w:p>
      <w:pPr>
        <w:jc w:val="left"/>
      </w:pPr>
      <w:r>
        <w:rPr>
          <w:sz w:val="22"/>
        </w:rPr>
        <w:t>4) Kimlik fotokopisi</w:t>
      </w:r>
    </w:p>
    <w:p>
      <w:pPr>
        <w:jc w:val="left"/>
      </w:pPr>
      <w:r>
        <w:rPr>
          <w:sz w:val="22"/>
        </w:rPr>
        <w:t>5) IBAN bilgisi (banka hesap dökümü/hesap cüzdanı fotokopisi)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