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[İLGİLİ KURUM/MAHKEME ADI]</w:t>
      </w:r>
    </w:p>
    <w:p/>
    <w:p>
      <w:pPr>
        <w:jc w:val="center"/>
      </w:pPr>
      <w:r>
        <w:rPr>
          <w:sz w:val="22"/>
        </w:rPr>
        <w:t>Konu: [Kısa dilekçe konusu]</w:t>
      </w:r>
    </w:p>
    <w:p/>
    <w:p>
      <w:pPr>
        <w:jc w:val="left"/>
      </w:pPr>
      <w:r>
        <w:rPr>
          <w:sz w:val="22"/>
        </w:rPr>
        <w:t>Açıklama: [Talebinize ilişkin kısa açıklamayı bir iki cümle ile belirtiniz.]</w:t>
      </w:r>
    </w:p>
    <w:p/>
    <w:p>
      <w:pPr>
        <w:jc w:val="left"/>
      </w:pPr>
      <w:r>
        <w:rPr>
          <w:sz w:val="22"/>
        </w:rPr>
        <w:t>Talep: Yukarıda arz edilen nedenlerle, [istenen işlem/karar] hususunda gereğinin yapılmasını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Talebi destekleyen belge</w:t>
      </w:r>
    </w:p>
    <w:p>
      <w:pPr>
        <w:jc w:val="left"/>
      </w:pPr>
      <w:r>
        <w:rPr>
          <w:sz w:val="22"/>
        </w:rPr>
        <w:t>2)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