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center"/>
      </w:pPr>
      <w:r>
        <w:rPr>
          <w:sz w:val="22"/>
        </w:rPr>
        <w:t>................................................. CITY/PROVINCE</w:t>
      </w:r>
    </w:p>
    <w:p>
      <w:pPr>
        <w:spacing w:after="0"/>
        <w:jc w:val="center"/>
      </w:pPr>
      <w:r>
        <w:rPr>
          <w:sz w:val="22"/>
        </w:rPr>
        <w:t>................................................. Consulate General of [COUNTRY] in [CITY]</w:t>
      </w:r>
    </w:p>
    <w:p/>
    <w:p>
      <w:pPr>
        <w:spacing w:after="0"/>
        <w:jc w:val="center"/>
      </w:pPr>
      <w:r>
        <w:rPr>
          <w:sz w:val="22"/>
        </w:rPr>
        <w:t>Subject: Request regarding [visa/passport/notarial/other] matter</w:t>
      </w:r>
    </w:p>
    <w:p/>
    <w:p>
      <w:pPr>
        <w:spacing w:after="0"/>
        <w:jc w:val="left"/>
      </w:pPr>
      <w:r>
        <w:rPr>
          <w:sz w:val="22"/>
        </w:rPr>
        <w:t>Dear Consul General,</w:t>
      </w:r>
    </w:p>
    <w:p/>
    <w:p>
      <w:pPr>
        <w:spacing w:after="0"/>
        <w:jc w:val="left"/>
      </w:pPr>
      <w:r>
        <w:rPr>
          <w:sz w:val="22"/>
        </w:rPr>
        <w:t>I am applying regarding my [visa/passport/notarial/other] request. The details of my application are as follows: [brief summary of the issue/request].</w:t>
      </w:r>
    </w:p>
    <w:p/>
    <w:p>
      <w:pPr>
        <w:spacing w:after="0"/>
        <w:jc w:val="left"/>
      </w:pPr>
      <w:r>
        <w:rPr>
          <w:sz w:val="22"/>
        </w:rPr>
        <w:t>I kindly request that the necessary procedures be carried out and that I be informed of the outcome via e-mail/postal mail.</w:t>
      </w:r>
    </w:p>
    <w:p/>
    <w:p>
      <w:pPr>
        <w:spacing w:after="0"/>
        <w:jc w:val="left"/>
      </w:pPr>
      <w:r>
        <w:rPr>
          <w:sz w:val="22"/>
        </w:rPr>
        <w:t>Sincerely,</w:t>
      </w:r>
    </w:p>
    <w:p/>
    <w:p>
      <w:pPr>
        <w:spacing w:after="0"/>
        <w:jc w:val="left"/>
      </w:pPr>
      <w:r>
        <w:rPr>
          <w:sz w:val="22"/>
        </w:rPr>
        <w:t>..............., .... / .... / 20....</w:t>
      </w:r>
    </w:p>
    <w:p/>
    <w:p>
      <w:pPr>
        <w:spacing w:after="0"/>
        <w:jc w:val="left"/>
      </w:pPr>
      <w:r>
        <w:rPr>
          <w:sz w:val="22"/>
        </w:rPr>
        <w:t>[Applicant]</w:t>
      </w:r>
    </w:p>
    <w:p>
      <w:pPr>
        <w:spacing w:after="0"/>
        <w:jc w:val="left"/>
      </w:pPr>
      <w:r>
        <w:rPr>
          <w:sz w:val="22"/>
        </w:rPr>
        <w:t>Full Name : ______</w:t>
      </w:r>
    </w:p>
    <w:p>
      <w:pPr>
        <w:spacing w:after="0"/>
        <w:jc w:val="left"/>
      </w:pPr>
      <w:r>
        <w:rPr>
          <w:sz w:val="22"/>
        </w:rPr>
        <w:t>Passport/ID No : ______</w:t>
      </w:r>
    </w:p>
    <w:p>
      <w:pPr>
        <w:spacing w:after="0"/>
        <w:jc w:val="left"/>
      </w:pPr>
      <w:r>
        <w:rPr>
          <w:sz w:val="22"/>
        </w:rPr>
        <w:t>Address : ______</w:t>
      </w:r>
    </w:p>
    <w:p>
      <w:pPr>
        <w:spacing w:after="0"/>
        <w:jc w:val="left"/>
      </w:pPr>
      <w:r>
        <w:rPr>
          <w:sz w:val="22"/>
        </w:rPr>
        <w:t>Phone : ______</w:t>
      </w:r>
    </w:p>
    <w:p>
      <w:pPr>
        <w:spacing w:after="0"/>
        <w:jc w:val="left"/>
      </w:pPr>
      <w:r>
        <w:rPr>
          <w:sz w:val="22"/>
        </w:rPr>
        <w:t>E-mail : ______</w:t>
      </w:r>
    </w:p>
    <w:p>
      <w:pPr>
        <w:spacing w:after="0"/>
        <w:jc w:val="left"/>
      </w:pPr>
      <w:r>
        <w:rPr>
          <w:sz w:val="22"/>
        </w:rPr>
        <w:t>Signature</w:t>
      </w:r>
    </w:p>
    <w:p/>
    <w:p/>
    <w:p/>
    <w:p/>
    <w:p/>
    <w:p>
      <w:pPr>
        <w:spacing w:after="0"/>
        <w:jc w:val="left"/>
      </w:pPr>
      <w:r>
        <w:rPr>
          <w:sz w:val="22"/>
        </w:rPr>
        <w:t>Enclosures:</w:t>
      </w:r>
    </w:p>
    <w:p>
      <w:pPr>
        <w:spacing w:after="0"/>
        <w:jc w:val="left"/>
      </w:pPr>
      <w:r>
        <w:rPr>
          <w:sz w:val="22"/>
        </w:rPr>
        <w:t>1) Application form/appointment confirmation (if any)</w:t>
      </w:r>
    </w:p>
    <w:p>
      <w:pPr>
        <w:spacing w:after="0"/>
        <w:jc w:val="left"/>
      </w:pPr>
      <w:r>
        <w:rPr>
          <w:sz w:val="22"/>
        </w:rPr>
        <w:t>2) Passport copy / ID copy</w:t>
      </w:r>
    </w:p>
    <w:p>
      <w:pPr>
        <w:spacing w:after="0"/>
        <w:jc w:val="left"/>
      </w:pPr>
      <w:r>
        <w:rPr>
          <w:sz w:val="22"/>
        </w:rPr>
        <w:t>3) Supporting documents (bank statement, invitation letter, etc.)</w:t>
      </w:r>
    </w:p>
    <w:p>
      <w:pPr>
        <w:spacing w:after="0"/>
        <w:jc w:val="left"/>
      </w:pPr>
      <w:r>
        <w:rPr>
          <w:sz w:val="22"/>
        </w:rPr>
        <w:t>4) Proof of payment (if applicable)</w:t>
      </w:r>
    </w:p>
    <w:p/>
    <w:p>
      <w:pPr>
        <w:spacing w:after="0"/>
        <w:jc w:val="left"/>
      </w:pPr>
      <w:r>
        <w:rPr>
          <w:sz w:val="22"/>
        </w:rPr>
        <w:t>------------------------------------------------------------</w:t>
      </w:r>
    </w:p>
    <w:p/>
    <w:p>
      <w:pPr>
        <w:spacing w:after="0"/>
        <w:jc w:val="center"/>
      </w:pPr>
      <w:r>
        <w:rPr>
          <w:sz w:val="22"/>
        </w:rPr>
        <w:t>................................................. İL/İLÇE</w:t>
      </w:r>
    </w:p>
    <w:p>
      <w:pPr>
        <w:spacing w:after="0"/>
        <w:jc w:val="center"/>
      </w:pPr>
      <w:r>
        <w:rPr>
          <w:sz w:val="22"/>
        </w:rPr>
        <w:t>................................................. [ŞEHİR]’deki [ÜLKE] BAŞKONSOLOSLUĞUNA / KONSOLOSLUĞUNA</w:t>
      </w:r>
    </w:p>
    <w:p/>
    <w:p>
      <w:pPr>
        <w:spacing w:after="0"/>
        <w:jc w:val="center"/>
      </w:pPr>
      <w:r>
        <w:rPr>
          <w:sz w:val="22"/>
        </w:rPr>
        <w:t>Konu: [vize/pasaport/noterlik/diğer] işlemine ilişkin talep</w:t>
      </w:r>
    </w:p>
    <w:p/>
    <w:p>
      <w:pPr>
        <w:spacing w:after="0"/>
        <w:jc w:val="left"/>
      </w:pPr>
      <w:r>
        <w:rPr>
          <w:sz w:val="22"/>
        </w:rPr>
        <w:t>Sayın Başkonsolos,</w:t>
      </w:r>
    </w:p>
    <w:p/>
    <w:p>
      <w:pPr>
        <w:spacing w:after="0"/>
        <w:jc w:val="left"/>
      </w:pPr>
      <w:r>
        <w:rPr>
          <w:sz w:val="22"/>
        </w:rPr>
        <w:t>[vize/pasaport/noterlik/diğer] başvurum hakkında işlem yapılması talebiyle başvurmaktayım. Başvuruya ilişkin özet bilgilerim şöyledir: [talebin kısa özeti].</w:t>
      </w:r>
    </w:p>
    <w:p/>
    <w:p>
      <w:pPr>
        <w:spacing w:after="0"/>
        <w:jc w:val="left"/>
      </w:pPr>
      <w:r>
        <w:rPr>
          <w:sz w:val="22"/>
        </w:rPr>
        <w:t>Gereken işlemlerin yapılmasını ve sonucunun tarafıma e‑posta/posta yoluyla bildirilmesini saygılarımla arz ederim.</w:t>
      </w:r>
    </w:p>
    <w:p/>
    <w:p>
      <w:pPr>
        <w:spacing w:after="0"/>
        <w:jc w:val="left"/>
      </w:pPr>
      <w:r>
        <w:rPr>
          <w:sz w:val="22"/>
        </w:rPr>
        <w:t>Saygılarımla,</w:t>
      </w:r>
    </w:p>
    <w:p/>
    <w:p>
      <w:pPr>
        <w:spacing w:after="0"/>
        <w:jc w:val="left"/>
      </w:pPr>
      <w:r>
        <w:rPr>
          <w:sz w:val="22"/>
        </w:rPr>
        <w:t>..............., .... / .... / 20....</w:t>
      </w:r>
    </w:p>
    <w:p/>
    <w:p>
      <w:pPr>
        <w:spacing w:after="0"/>
        <w:jc w:val="left"/>
      </w:pPr>
      <w:r>
        <w:rPr>
          <w:sz w:val="22"/>
        </w:rPr>
        <w:t>[Başvuran]</w:t>
      </w:r>
    </w:p>
    <w:p>
      <w:pPr>
        <w:spacing w:after="0"/>
        <w:jc w:val="left"/>
      </w:pPr>
      <w:r>
        <w:rPr>
          <w:sz w:val="22"/>
        </w:rPr>
        <w:t>Adı Soyadı : ______</w:t>
      </w:r>
    </w:p>
    <w:p>
      <w:pPr>
        <w:spacing w:after="0"/>
        <w:jc w:val="left"/>
      </w:pPr>
      <w:r>
        <w:rPr>
          <w:sz w:val="22"/>
        </w:rPr>
        <w:t>Pasaport/T.C. Kimlik No : ______</w:t>
      </w:r>
    </w:p>
    <w:p>
      <w:pPr>
        <w:spacing w:after="0"/>
        <w:jc w:val="left"/>
      </w:pPr>
      <w:r>
        <w:rPr>
          <w:sz w:val="22"/>
        </w:rPr>
        <w:t>Adres : ______</w:t>
      </w:r>
    </w:p>
    <w:p>
      <w:pPr>
        <w:spacing w:after="0"/>
        <w:jc w:val="left"/>
      </w:pPr>
      <w:r>
        <w:rPr>
          <w:sz w:val="22"/>
        </w:rPr>
        <w:t>Telefon : ______</w:t>
      </w:r>
    </w:p>
    <w:p>
      <w:pPr>
        <w:spacing w:after="0"/>
        <w:jc w:val="left"/>
      </w:pPr>
      <w:r>
        <w:rPr>
          <w:sz w:val="22"/>
        </w:rPr>
        <w:t>E‑posta : ______</w:t>
      </w:r>
    </w:p>
    <w:p>
      <w:pPr>
        <w:spacing w:after="0"/>
        <w:jc w:val="left"/>
      </w:pPr>
      <w:r>
        <w:rPr>
          <w:sz w:val="22"/>
        </w:rPr>
        <w:t>İmza</w:t>
      </w:r>
    </w:p>
    <w:p/>
    <w:p/>
    <w:p/>
    <w:p/>
    <w:p/>
    <w:p>
      <w:pPr>
        <w:spacing w:after="0"/>
        <w:jc w:val="left"/>
      </w:pPr>
      <w:r>
        <w:rPr>
          <w:sz w:val="22"/>
        </w:rPr>
        <w:t>Ekler:</w:t>
      </w:r>
    </w:p>
    <w:p>
      <w:pPr>
        <w:spacing w:after="0"/>
        <w:jc w:val="left"/>
      </w:pPr>
      <w:r>
        <w:rPr>
          <w:sz w:val="22"/>
        </w:rPr>
        <w:t>1) Başvuru formu/randevu teyidi (varsa)</w:t>
      </w:r>
    </w:p>
    <w:p>
      <w:pPr>
        <w:spacing w:after="0"/>
        <w:jc w:val="left"/>
      </w:pPr>
      <w:r>
        <w:rPr>
          <w:sz w:val="22"/>
        </w:rPr>
        <w:t>2) Pasaport fotokopisi / Kimlik fotokopisi</w:t>
      </w:r>
    </w:p>
    <w:p>
      <w:pPr>
        <w:spacing w:after="0"/>
        <w:jc w:val="left"/>
      </w:pPr>
      <w:r>
        <w:rPr>
          <w:sz w:val="22"/>
        </w:rPr>
        <w:t>3) Destekleyici belgeler (banka dökümü, davet mektubu vb.)</w:t>
      </w:r>
    </w:p>
    <w:p>
      <w:pPr>
        <w:spacing w:after="0"/>
        <w:jc w:val="left"/>
      </w:pPr>
      <w:r>
        <w:rPr>
          <w:sz w:val="22"/>
        </w:rPr>
        <w:t>4) (Varsa) Harç/ücret ödeme dekontu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