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[SİGORTA ŞİRKETİ GENEL MÜDÜRLÜĞÜNE] / [Hasar ve Tazminat Birimi Müdürlüğüne]</w:t>
      </w:r>
    </w:p>
    <w:p/>
    <w:p>
      <w:pPr>
        <w:jc w:val="center"/>
      </w:pPr>
      <w:r>
        <w:rPr>
          <w:sz w:val="22"/>
        </w:rPr>
        <w:t>Konu: Konut sigortası poliçesinin iptali ve prim iadesi talebi</w:t>
      </w:r>
    </w:p>
    <w:p/>
    <w:p>
      <w:pPr>
        <w:jc w:val="left"/>
      </w:pPr>
      <w:r>
        <w:rPr>
          <w:sz w:val="22"/>
        </w:rPr>
        <w:t>Şirketiniz nezdinde bulunan **konut sigortası** **[Poliçe No: ______]** ve **[Sigortalı Adres: ______]** bilgili poliçemin; [taşınmazın satışı/çifte poliçe/hatalı düzenleme/teminat ihtiyacının ortadan kalkması vb.] nedenleriyle **iptalini** talep ediyorum.</w:t>
      </w:r>
    </w:p>
    <w:p/>
    <w:p>
      <w:pPr>
        <w:jc w:val="left"/>
      </w:pPr>
      <w:r>
        <w:rPr>
          <w:sz w:val="22"/>
        </w:rPr>
        <w:t>Yürürlükte kalan günlere ait **kullanılmamış primlerin** ve varsa haksız tahsil edilen bedellerin tarafıma **iadesini**; iptal işlemi sonrası **yazılı teyit/belge** düzenlenerek tarafıma e‑posta/posta yoluyla iletilmesini talep ederim.</w:t>
      </w:r>
    </w:p>
    <w:p/>
    <w:p>
      <w:pPr>
        <w:jc w:val="left"/>
      </w:pPr>
      <w:r>
        <w:rPr>
          <w:sz w:val="22"/>
        </w:rPr>
        <w:t>İptal talebime konu gerekçeye ilişkin belgeler dilekçe ekinde sunulmuştur (satış sözleşmesi/ tapu, yeni poliçe örneği, vb.). İade ödemesi için IBAN bilgilerim aşağıdadır.</w:t>
      </w:r>
    </w:p>
    <w:p/>
    <w:p>
      <w:pPr>
        <w:jc w:val="left"/>
      </w:pPr>
      <w:r>
        <w:rPr>
          <w:sz w:val="22"/>
        </w:rPr>
        <w:t>Gereğini arz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[Başvuran/Sigortalı]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IBAN :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Poliçe örneği ve (varsa) zeyilnameler</w:t>
      </w:r>
    </w:p>
    <w:p>
      <w:pPr>
        <w:jc w:val="left"/>
      </w:pPr>
      <w:r>
        <w:rPr>
          <w:sz w:val="22"/>
        </w:rPr>
        <w:t>2) Ödeme dekontu/prim tahsilat belgesi</w:t>
      </w:r>
    </w:p>
    <w:p>
      <w:pPr>
        <w:jc w:val="left"/>
      </w:pPr>
      <w:r>
        <w:rPr>
          <w:sz w:val="22"/>
        </w:rPr>
        <w:t>3) İptal gerekçesine ilişkin belge (tapu satış/başka poliçe vb.)</w:t>
      </w:r>
    </w:p>
    <w:p>
      <w:pPr>
        <w:jc w:val="left"/>
      </w:pPr>
      <w:r>
        <w:rPr>
          <w:sz w:val="22"/>
        </w:rPr>
        <w:t>4) (Varsa) Şirketle yazışmalar</w:t>
      </w:r>
    </w:p>
    <w:p>
      <w:pPr>
        <w:jc w:val="left"/>
      </w:pPr>
      <w:r>
        <w:rPr>
          <w:sz w:val="22"/>
        </w:rPr>
        <w:t>5) Kimlik fotokopisi ve tebligata elverişli adres beyanı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