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İL/İLÇE</w:t>
      </w:r>
    </w:p>
    <w:p>
      <w:pPr>
        <w:jc w:val="center"/>
      </w:pPr>
      <w:r>
        <w:rPr>
          <w:sz w:val="22"/>
        </w:rPr>
        <w:t>................................................. [............... BANKASI GENEL MÜDÜRLÜĞÜNE / ŞUBESİ MÜDÜRLÜĞÜNE]</w:t>
      </w:r>
    </w:p>
    <w:p/>
    <w:p>
      <w:pPr>
        <w:jc w:val="center"/>
      </w:pPr>
      <w:r>
        <w:rPr>
          <w:sz w:val="22"/>
        </w:rPr>
        <w:t>Konu: Kredi dosya masrafının iadesi talebi</w:t>
      </w:r>
    </w:p>
    <w:p/>
    <w:p>
      <w:pPr>
        <w:jc w:val="left"/>
      </w:pPr>
      <w:r>
        <w:rPr>
          <w:sz w:val="22"/>
        </w:rPr>
        <w:t>Bankanızdan kullandığım [tüketici/konut/taşıt/ticari] kredisine ilişkin olarak [Sözleşme No: ______] ve [..../..../20....] tarihli sözleşme kapsamında tarafımdan 'dosya masrafı' adı altında [........ TL] tahsil edilmiştir.</w:t>
      </w:r>
    </w:p>
    <w:p/>
    <w:p>
      <w:pPr>
        <w:jc w:val="left"/>
      </w:pPr>
      <w:r>
        <w:rPr>
          <w:sz w:val="22"/>
        </w:rPr>
        <w:t>6502 sayılı Tüketicinin Korunması Hakkında Kanun ve ilgili mevzuat uyarınca, tüketiciden alınan ücret ve masrafların sözleşmede açıkça yer alması ve haklı, makul ve belgeli olması gerekmektedir. Talep edilen bedelin dayanak ve belgeleri tarafıma sunulmadığından; hukuken iadesi gerektiğini değerlendirmekteyim.</w:t>
      </w:r>
    </w:p>
    <w:p/>
    <w:p>
      <w:pPr>
        <w:jc w:val="left"/>
      </w:pPr>
      <w:r>
        <w:rPr>
          <w:sz w:val="22"/>
        </w:rPr>
        <w:t>Bu kapsamda; söz konusu 'dosya masrafı' tutarının tarafıma iadesini, ilerleyen dönemlerde aynı ad veya benzeri isimlerle kesinti yapılmamasını ve ücret/komisyon politikanıza ilişkin yazılı bilgilendirme yapılmasını talep ederim.</w:t>
      </w:r>
    </w:p>
    <w:p/>
    <w:p>
      <w:pPr>
        <w:jc w:val="left"/>
      </w:pPr>
      <w:r>
        <w:rPr>
          <w:sz w:val="22"/>
        </w:rPr>
        <w:t>Gereğini arz ederim.</w:t>
      </w:r>
    </w:p>
    <w:p/>
    <w:p>
      <w:pPr>
        <w:jc w:val="left"/>
      </w:pPr>
      <w:r>
        <w:rPr>
          <w:sz w:val="22"/>
        </w:rPr>
        <w:t>..............., .... / .... / 20....</w:t>
      </w:r>
    </w:p>
    <w:p/>
    <w:p>
      <w:pPr>
        <w:jc w:val="left"/>
      </w:pPr>
      <w:r>
        <w:rPr>
          <w:sz w:val="22"/>
        </w:rPr>
        <w:t>[Müşteri/Kredi Sahibi]</w:t>
      </w:r>
    </w:p>
    <w:p>
      <w:pPr>
        <w:jc w:val="left"/>
      </w:pPr>
      <w:r>
        <w:rPr>
          <w:sz w:val="22"/>
        </w:rPr>
        <w:t>Adı Soyadı : ______</w:t>
      </w:r>
    </w:p>
    <w:p>
      <w:pPr>
        <w:jc w:val="left"/>
      </w:pPr>
      <w:r>
        <w:rPr>
          <w:sz w:val="22"/>
        </w:rPr>
        <w:t>T.C. Kimlik No : ______</w:t>
      </w:r>
    </w:p>
    <w:p>
      <w:pPr>
        <w:jc w:val="left"/>
      </w:pPr>
      <w:r>
        <w:rPr>
          <w:sz w:val="22"/>
        </w:rPr>
        <w:t>Müşteri No : ______</w:t>
      </w:r>
    </w:p>
    <w:p>
      <w:pPr>
        <w:jc w:val="left"/>
      </w:pPr>
      <w:r>
        <w:rPr>
          <w:sz w:val="22"/>
        </w:rPr>
        <w:t>Kredi Türü/No : ______</w:t>
      </w:r>
    </w:p>
    <w:p>
      <w:pPr>
        <w:jc w:val="left"/>
      </w:pPr>
      <w:r>
        <w:rPr>
          <w:sz w:val="22"/>
        </w:rPr>
        <w:t>IBAN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İmza</w:t>
      </w:r>
    </w:p>
    <w:p/>
    <w:p/>
    <w:p/>
    <w:p/>
    <w:p/>
    <w:p>
      <w:pPr>
        <w:jc w:val="left"/>
      </w:pPr>
      <w:r>
        <w:rPr>
          <w:sz w:val="22"/>
        </w:rPr>
        <w:t>Ekler:</w:t>
      </w:r>
    </w:p>
    <w:p>
      <w:pPr>
        <w:jc w:val="left"/>
      </w:pPr>
      <w:r>
        <w:rPr>
          <w:sz w:val="22"/>
        </w:rPr>
        <w:t>1) Kredi sözleşmesi örneği</w:t>
      </w:r>
    </w:p>
    <w:p>
      <w:pPr>
        <w:jc w:val="left"/>
      </w:pPr>
      <w:r>
        <w:rPr>
          <w:sz w:val="22"/>
        </w:rPr>
        <w:t>2) Dosya masrafına ilişkin dekont/ekstre</w:t>
      </w:r>
    </w:p>
    <w:p>
      <w:pPr>
        <w:jc w:val="left"/>
      </w:pPr>
      <w:r>
        <w:rPr>
          <w:sz w:val="22"/>
        </w:rPr>
        <w:t>3) (Varsa) Banka ile yazışmalar</w:t>
      </w:r>
    </w:p>
    <w:p>
      <w:pPr>
        <w:jc w:val="left"/>
      </w:pPr>
      <w:r>
        <w:rPr>
          <w:sz w:val="22"/>
        </w:rPr>
        <w:t>4) Kimlik fotokopisi</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