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[BANKA ADI] [ŞUBE ADI] Şube Müdürlüğüne</w:t>
      </w:r>
    </w:p>
    <w:p/>
    <w:p>
      <w:pPr>
        <w:jc w:val="center"/>
      </w:pPr>
      <w:r>
        <w:rPr>
          <w:sz w:val="22"/>
        </w:rPr>
        <w:t>Konu: Krediye bağlı hayat sigortası priminin iadesi/iptali talebi</w:t>
      </w:r>
    </w:p>
    <w:p/>
    <w:p>
      <w:pPr>
        <w:jc w:val="left"/>
      </w:pPr>
      <w:r>
        <w:rPr>
          <w:sz w:val="22"/>
        </w:rPr>
        <w:t>Bankanızdan kullandığım [tüketici/konut/taşıt] kredisi kapsamında tarafıma 'hayat sigortası' poliçesi düzenlenmiş ve [..../..../20....] tarihinde [........ TL] prim tahsil edilmiştir.</w:t>
      </w:r>
    </w:p>
    <w:p/>
    <w:p>
      <w:pPr>
        <w:jc w:val="left"/>
      </w:pPr>
      <w:r>
        <w:rPr>
          <w:sz w:val="22"/>
        </w:rPr>
        <w:t>Hayat sigortası yaptırılması zorunlu olmayıp, [kredi teminatı/serbest piyasa ilkeleri] gereği dilediğim sigorta şirketinden poliçe yaptırma hakkım bulunduğundan; söz konusu poliçenin iradem dışında akdedildiğini/değiştirilmek istendiğini değerlendiriyorum.</w:t>
      </w:r>
    </w:p>
    <w:p/>
    <w:p>
      <w:pPr>
        <w:jc w:val="left"/>
      </w:pPr>
      <w:r>
        <w:rPr>
          <w:sz w:val="22"/>
        </w:rPr>
        <w:t>Bu kapsamda; mevcut poliçenin iptalini ve tahsil edilen primin kullanılmayan günler oranında (veya tamamının, poliçe hiç kullanılmadı ise tamamının) tarafıma iadesini; ilerleyen dönemlerde kredi işlemlerinde hayat sigortasının zorunlu tutulmamasını ve tarafıma açık yazılı bilgilendirme yapılmasını talep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[Müşteri/Kredi Sahibi]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Müşteri No : ______</w:t>
      </w:r>
    </w:p>
    <w:p>
      <w:pPr>
        <w:jc w:val="left"/>
      </w:pPr>
      <w:r>
        <w:rPr>
          <w:sz w:val="22"/>
        </w:rPr>
        <w:t>Kredi Türü/No : ______</w:t>
      </w:r>
    </w:p>
    <w:p>
      <w:pPr>
        <w:jc w:val="left"/>
      </w:pPr>
      <w:r>
        <w:rPr>
          <w:sz w:val="22"/>
        </w:rPr>
        <w:t>Poliçe No/Sigorta Şirketi : ______</w:t>
      </w:r>
    </w:p>
    <w:p>
      <w:pPr>
        <w:jc w:val="left"/>
      </w:pPr>
      <w:r>
        <w:rPr>
          <w:sz w:val="22"/>
        </w:rPr>
        <w:t>IBAN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Kredi sözleşmesi örneği</w:t>
      </w:r>
    </w:p>
    <w:p>
      <w:pPr>
        <w:jc w:val="left"/>
      </w:pPr>
      <w:r>
        <w:rPr>
          <w:sz w:val="22"/>
        </w:rPr>
        <w:t>2) Hayat sigortası poliçesi ve prim tahsilat dekontu</w:t>
      </w:r>
    </w:p>
    <w:p>
      <w:pPr>
        <w:jc w:val="left"/>
      </w:pPr>
      <w:r>
        <w:rPr>
          <w:sz w:val="22"/>
        </w:rPr>
        <w:t>3) (Varsa) Banka ile yapılan yazışmalar</w:t>
      </w:r>
    </w:p>
    <w:p>
      <w:pPr>
        <w:jc w:val="left"/>
      </w:pPr>
      <w:r>
        <w:rPr>
          <w:sz w:val="22"/>
        </w:rPr>
        <w:t>4) Kimlik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