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[BANKA ADI] [ŞUBE ADI] Şube Müdürlüğüne</w:t>
      </w:r>
    </w:p>
    <w:p/>
    <w:p>
      <w:pPr>
        <w:jc w:val="center"/>
      </w:pPr>
      <w:r>
        <w:rPr>
          <w:sz w:val="22"/>
        </w:rPr>
        <w:t>Konu: Kredi kapama ve gerekli işlemlerin yapılması talebi</w:t>
      </w:r>
    </w:p>
    <w:p/>
    <w:p>
      <w:pPr>
        <w:jc w:val="left"/>
      </w:pPr>
      <w:r>
        <w:rPr>
          <w:sz w:val="22"/>
        </w:rPr>
        <w:t>Bankanız nezdinde bulunan [kredi türü: tüketici/konut/taşıt/ticari] kredime ilişkin [Kredi No: ______] numaralı dosyamın tüm borcunu kapatmak istiyorum.</w:t>
      </w:r>
    </w:p>
    <w:p/>
    <w:p>
      <w:pPr>
        <w:jc w:val="left"/>
      </w:pPr>
      <w:r>
        <w:rPr>
          <w:sz w:val="22"/>
        </w:rPr>
        <w:t>Tarafıma güncel kapama bakiyesinin (anapara + işlemiş faiz + vergiler/masraflar) [..../..../20....] tarihi itibarıyla bildirilmesini; söz konusu tutarı yatırmamı müteakip kredimin kapatılmasını, hesabıma bağlı otomatik tahsilat/ödemelerin sonlandırılmasını ve tarafıma yazılı 'kredi kapama yazısı' ile 'borcu yoktur' belgesinin verilmesini talep ederim.</w:t>
      </w:r>
    </w:p>
    <w:p/>
    <w:p>
      <w:pPr>
        <w:jc w:val="left"/>
      </w:pPr>
      <w:r>
        <w:rPr>
          <w:sz w:val="22"/>
        </w:rPr>
        <w:t>Konut/taşıt kredisi olması hâlinde teminatların (ipotek/rehin) fek işlemlerinin başlatılmasını; ipotek fek yazısının tarafıma ve/veya ilgili tapu müdürlüğüne gönderilmesini, rehin/teminat kapsamında bulunan belgelerin iade edilmesini arz ederim.</w:t>
      </w:r>
    </w:p>
    <w:p/>
    <w:p>
      <w:pPr>
        <w:jc w:val="left"/>
      </w:pPr>
      <w:r>
        <w:rPr>
          <w:sz w:val="22"/>
        </w:rPr>
        <w:t>Kapama sonrası oluşabilecek fazla/eksik tahsilatlar için iade/mahsup işlemlerinin [IBAN: ______] numaralı hesabım üzerinden yapılmasını ve kredi kapama bilgisinin KKB/Findeks kayıtlarına işlenmesini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[Müşteri/Kredi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Müşteri No : ______</w:t>
      </w:r>
    </w:p>
    <w:p>
      <w:pPr>
        <w:jc w:val="left"/>
      </w:pPr>
      <w:r>
        <w:rPr>
          <w:sz w:val="22"/>
        </w:rPr>
        <w:t>Kredi Türü/No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Kredi sözleşmesi örneği (varsa)</w:t>
      </w:r>
    </w:p>
    <w:p>
      <w:pPr>
        <w:jc w:val="left"/>
      </w:pPr>
      <w:r>
        <w:rPr>
          <w:sz w:val="22"/>
        </w:rPr>
        <w:t>2) Son hesap ekstresi / ödeme dekontları</w:t>
      </w:r>
    </w:p>
    <w:p>
      <w:pPr>
        <w:jc w:val="left"/>
      </w:pPr>
      <w:r>
        <w:rPr>
          <w:sz w:val="22"/>
        </w:rPr>
        <w:t>3)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