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[.................. KURUM/İDARE (İnsan Kaynakları) MÜDÜRLÜĞÜNE]</w:t>
      </w:r>
    </w:p>
    <w:p/>
    <w:p>
      <w:pPr>
        <w:jc w:val="center"/>
      </w:pPr>
      <w:r>
        <w:rPr>
          <w:sz w:val="22"/>
        </w:rPr>
        <w:t>Konu: Kurumda çalıştığıma dair yazı talebi</w:t>
      </w:r>
    </w:p>
    <w:p/>
    <w:p>
      <w:pPr>
        <w:jc w:val="left"/>
      </w:pPr>
      <w:r>
        <w:rPr>
          <w:sz w:val="22"/>
        </w:rPr>
        <w:t>Kurumunuzda [unvan/pozisyon] olarak [..../..../20....] tarihinden bu yana görev yapmaktayım. [Banka/kurum/kuruluş adı] nezdindeki işlemlerimde ibraz edilmek üzere 'kurumda çalıştığıma dair' yazıya ihtiyaç duymaktayım.</w:t>
      </w:r>
    </w:p>
    <w:p/>
    <w:p>
      <w:pPr>
        <w:jc w:val="left"/>
      </w:pPr>
      <w:r>
        <w:rPr>
          <w:sz w:val="22"/>
        </w:rPr>
        <w:t>Adı Soyadı, T.C. Kimlik No, görev/pozisyon, birim, işe başlama tarihi, statü (kadrolu/sözleşmeli/işçi), çalışıyor/izinli durumu ve (varsa) brüt/Net ücret bilgisine yer verilerek; yazının [tarafıma verilmesini/ilgili kuruma gönderilmesini] talep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[Personel/Çalışan]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Sicil No/Personel No : ______</w:t>
      </w:r>
    </w:p>
    <w:p>
      <w:pPr>
        <w:jc w:val="left"/>
      </w:pPr>
      <w:r>
        <w:rPr>
          <w:sz w:val="22"/>
        </w:rPr>
        <w:t>Birim/Unvan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Talep eden kurumun yazısı/formu</w:t>
      </w:r>
    </w:p>
    <w:p>
      <w:pPr>
        <w:jc w:val="left"/>
      </w:pPr>
      <w:r>
        <w:rPr>
          <w:sz w:val="22"/>
        </w:rPr>
        <w:t>3) (Varsa) Ücret bilgisinin paylaşımına dair muvafakat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