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[MEVCUT KURUM/İDARE ADI] (İnsan Kaynakları) MÜDÜRLÜĞÜNE</w:t>
      </w:r>
    </w:p>
    <w:p/>
    <w:p>
      <w:pPr>
        <w:jc w:val="center"/>
      </w:pPr>
      <w:r>
        <w:rPr>
          <w:sz w:val="22"/>
        </w:rPr>
        <w:t>Konu: 657 sayılı DMK m.74 uyarınca kurumlar arası nakil (muvafakat) talebi</w:t>
      </w:r>
    </w:p>
    <w:p/>
    <w:p>
      <w:pPr>
        <w:jc w:val="left"/>
      </w:pPr>
      <w:r>
        <w:rPr>
          <w:sz w:val="22"/>
        </w:rPr>
        <w:t>Kurumunuzda [unvan/kadro: ______], [sınıf: ______], [derece/kademe: __/ __] olarak görev yapmaktayım. Aile/sağlık/ikamet ve hizmet gerekleri doğrultusunda görev yerimin [HEDEF KURUM/İDARE ADI]’na naklen atanması hususunda talepte bulunmaktayım.</w:t>
      </w:r>
    </w:p>
    <w:p/>
    <w:p>
      <w:pPr>
        <w:jc w:val="left"/>
      </w:pPr>
      <w:r>
        <w:rPr>
          <w:sz w:val="22"/>
        </w:rPr>
        <w:t>[HEDEF KURUM/İDARE ADI] tarafından tarafıma yönelik [..../..../20....] tarihli talep yazısı/olur (varsa) mevcuttur. 657 sayılı Devlet Memurları Kanunu’nun 74. maddesi kapsamında naklen atama işlemlerinin başlatılabilmesi için kurumunuz muvafakatının verilmesini arz ederim.</w:t>
      </w:r>
    </w:p>
    <w:p/>
    <w:p>
      <w:pPr>
        <w:jc w:val="left"/>
      </w:pPr>
      <w:r>
        <w:rPr>
          <w:sz w:val="22"/>
        </w:rPr>
        <w:t>Hizmet sürelerime, disiplin durumuma ve (varsa) ihtiyaç duyulan pozisyon eşleştirmesine ilişkin bilgiler ekte sunulmuştur. Uygun görülmesi hâlinde, nakil işlemlerine esas tüm belgelerin hedef kuruma gönderilmesini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 No/Personel No : ______</w:t>
      </w:r>
    </w:p>
    <w:p>
      <w:pPr>
        <w:jc w:val="left"/>
      </w:pPr>
      <w:r>
        <w:rPr>
          <w:sz w:val="22"/>
        </w:rPr>
        <w:t>Unvan/Kadro : ______</w:t>
      </w:r>
    </w:p>
    <w:p>
      <w:pPr>
        <w:jc w:val="left"/>
      </w:pPr>
      <w:r>
        <w:rPr>
          <w:sz w:val="22"/>
        </w:rPr>
        <w:t>Sınıf/Derece‑Kademe : ______</w:t>
      </w:r>
    </w:p>
    <w:p>
      <w:pPr>
        <w:jc w:val="left"/>
      </w:pPr>
      <w:r>
        <w:rPr>
          <w:sz w:val="22"/>
        </w:rPr>
        <w:t>Birim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Özgeçmiş ve hizmet cetveli</w:t>
      </w:r>
    </w:p>
    <w:p>
      <w:pPr>
        <w:jc w:val="left"/>
      </w:pPr>
      <w:r>
        <w:rPr>
          <w:sz w:val="22"/>
        </w:rPr>
        <w:t>2) (Varsa) Hedef kurum talep yazısı/olur</w:t>
      </w:r>
    </w:p>
    <w:p>
      <w:pPr>
        <w:jc w:val="left"/>
      </w:pPr>
      <w:r>
        <w:rPr>
          <w:sz w:val="22"/>
        </w:rPr>
        <w:t>3) (Varsa) Sağlık/mazeret belgeleri</w:t>
      </w:r>
    </w:p>
    <w:p>
      <w:pPr>
        <w:jc w:val="left"/>
      </w:pPr>
      <w:r>
        <w:rPr>
          <w:sz w:val="22"/>
        </w:rPr>
        <w:t>4) Disiplin ve adli sicil durum yazıları (varsa)</w:t>
      </w:r>
    </w:p>
    <w:p>
      <w:pPr>
        <w:jc w:val="left"/>
      </w:pPr>
      <w:r>
        <w:rPr>
          <w:sz w:val="22"/>
        </w:rPr>
        <w:t>5) (Varsa) Eş durumu/ikamet belgeleri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