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İSTANBUL / KÜÇÜKÇEKMECE</w:t>
      </w:r>
    </w:p>
    <w:p>
      <w:pPr>
        <w:jc w:val="center"/>
      </w:pPr>
      <w:r>
        <w:rPr>
          <w:sz w:val="22"/>
        </w:rPr>
        <w:t>................................................. KÜÇÜKÇEKMECE ADLİYESİ'NE</w:t>
      </w:r>
    </w:p>
    <w:p/>
    <w:p>
      <w:pPr>
        <w:jc w:val="center"/>
      </w:pPr>
      <w:r>
        <w:rPr>
          <w:sz w:val="22"/>
        </w:rPr>
        <w:t>Konu: Dosyaya beyan/evrak sunumu ve gerekli işlemlerin yapılması talebi</w:t>
      </w:r>
    </w:p>
    <w:p/>
    <w:p>
      <w:pPr>
        <w:jc w:val="left"/>
      </w:pPr>
      <w:r>
        <w:rPr>
          <w:sz w:val="22"/>
        </w:rPr>
        <w:t>Mahkeme/Şube : [Mahkeme adı – Örn. Küçükçekmece [Asliye Hukuk/Sulh Hukuk/Asliye Ceza/Aile] Mahkemesi, [__]. Daire]</w:t>
      </w:r>
    </w:p>
    <w:p>
      <w:pPr>
        <w:jc w:val="left"/>
      </w:pPr>
      <w:r>
        <w:rPr>
          <w:sz w:val="22"/>
        </w:rPr>
        <w:t>Esas/Karar No : [_____/____ E. — (varsa) _____/_____ K.]</w:t>
      </w:r>
    </w:p>
    <w:p>
      <w:pPr>
        <w:jc w:val="left"/>
      </w:pPr>
      <w:r>
        <w:rPr>
          <w:sz w:val="22"/>
        </w:rPr>
        <w:t>Taraf Bilgisi : [Davacı/Davalı/Sanık/Müşteki/Şikayetçi/Vekil]</w:t>
      </w:r>
    </w:p>
    <w:p/>
    <w:p>
      <w:pPr>
        <w:jc w:val="left"/>
      </w:pPr>
      <w:r>
        <w:rPr>
          <w:sz w:val="22"/>
        </w:rPr>
        <w:t>Aşağıda açıklanan hususların dosyada dikkate alınmasını ve ekli evrakın dosyaya alınmasını talep ederim: [kısa beyanınızı/bildirim/itiraz/eksik evrak tamamlamayı buraya yazın].</w:t>
      </w:r>
    </w:p>
    <w:p/>
    <w:p>
      <w:pPr>
        <w:jc w:val="left"/>
      </w:pPr>
      <w:r>
        <w:rPr>
          <w:sz w:val="22"/>
        </w:rPr>
        <w:t>Gereğinin yapılmasını; tebligat ve bilgilendirmenin aşağıdaki adres/iletişim bilgilerime yapılmasını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İstanbul, .... / .... / 20....</w:t>
      </w:r>
    </w:p>
    <w:p/>
    <w:p>
      <w:pPr>
        <w:jc w:val="left"/>
      </w:pPr>
      <w:r>
        <w:rPr>
          <w:sz w:val="22"/>
        </w:rPr>
        <w:t>[Başvuran/Taraf]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 : Av. ______ / Baro Sicil No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Sunulan evrak/belge listesi (dilekçe ekleri)</w:t>
      </w:r>
    </w:p>
    <w:p>
      <w:pPr>
        <w:jc w:val="left"/>
      </w:pPr>
      <w:r>
        <w:rPr>
          <w:sz w:val="22"/>
        </w:rPr>
        <w:t>2) Kimlik fotokopisi</w:t>
      </w:r>
    </w:p>
    <w:p>
      <w:pPr>
        <w:jc w:val="left"/>
      </w:pPr>
      <w:r>
        <w:rPr>
          <w:sz w:val="22"/>
        </w:rPr>
        <w:t>3)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