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[GSB KREDİ VE YURTLAR GENEL MÜDÜRLÜĞÜNE / İL MÜDÜRLÜĞÜNE / YURT MÜDÜRLÜĞÜNE / GENÇLİK HİZMETLERİ GENEL MÜDÜRLÜĞÜNE]</w:t>
      </w:r>
    </w:p>
    <w:p/>
    <w:p>
      <w:pPr>
        <w:jc w:val="center"/>
      </w:pPr>
      <w:r>
        <w:rPr>
          <w:sz w:val="22"/>
        </w:rPr>
        <w:t>Konu: GSB/KYK işlemlerine ilişkin talep ve bildirim</w:t>
      </w:r>
    </w:p>
    <w:p/>
    <w:p>
      <w:pPr>
        <w:jc w:val="left"/>
      </w:pPr>
      <w:r>
        <w:rPr>
          <w:sz w:val="22"/>
        </w:rPr>
        <w:t>T.C. Gençlik ve Spor Bakanlığı (GSB) ve Kredi‑Yurtlar (KYK) nezdindeki [burs/öğrenim kredisi/geri ödeme/erteleme/yurt başvurusu/kayıt‑ayrılma/oda değişikliği/ücret iadesi] işlemim hakkında aşağıda açıkladığım hususlarda gereğinin yapılmasını talep ederim.</w:t>
      </w:r>
    </w:p>
    <w:p/>
    <w:p>
      <w:pPr>
        <w:jc w:val="left"/>
      </w:pPr>
      <w:r>
        <w:rPr>
          <w:sz w:val="22"/>
        </w:rPr>
        <w:t>Öğrencilik/başvuru bilgilerim: [Üniversite/Fakülte/Bölüm/Sınıf], [Öğrenci No], [Öğrenim türü (örgün/ikinci öğretim)], [Başvuru No veya tarih], [adres]. Konuya ilişkin açıklamam: [kısa açıklama – örn. burs kesintisine itiraz / kredi geri ödeme ertelemesi (askerlik/işsizlik/sağlık) / yurt oda değişikliği / kayıt dondurma nedeniyle ücret iadesi talebi vb.].</w:t>
      </w:r>
    </w:p>
    <w:p/>
    <w:p>
      <w:pPr>
        <w:jc w:val="left"/>
      </w:pPr>
      <w:r>
        <w:rPr>
          <w:sz w:val="22"/>
        </w:rPr>
        <w:t>Talep: Başvurunun incelenerek gerekli düzeltme/işlemlerin yapılmasını; sonucunun tarafıma e‑Devlet ve/veya yazılı olarak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Üniversite/Fakülte/Bölüm : ______</w:t>
      </w:r>
    </w:p>
    <w:p>
      <w:pPr>
        <w:jc w:val="left"/>
      </w:pPr>
      <w:r>
        <w:rPr>
          <w:sz w:val="22"/>
        </w:rPr>
        <w:t>Sınıf/Öğrenim Türü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 belgesi / transkript (güncel)</w:t>
      </w:r>
    </w:p>
    <w:p>
      <w:pPr>
        <w:jc w:val="left"/>
      </w:pPr>
      <w:r>
        <w:rPr>
          <w:sz w:val="22"/>
        </w:rPr>
        <w:t>2) (Varsa) Başvuru/işlem ekran görüntüsü veya çıktı</w:t>
      </w:r>
    </w:p>
    <w:p>
      <w:pPr>
        <w:jc w:val="left"/>
      </w:pPr>
      <w:r>
        <w:rPr>
          <w:sz w:val="22"/>
        </w:rPr>
        <w:t>3) (Varsa) Mazeret/sağlık raporu veya destekleyici belgeler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