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[GSB KREDİ VE YURTLAR KURUMU] [YURT ADI] MÜDÜRLÜĞÜNE</w:t>
      </w:r>
    </w:p>
    <w:p/>
    <w:p>
      <w:pPr>
        <w:jc w:val="center"/>
      </w:pPr>
      <w:r>
        <w:rPr>
          <w:sz w:val="22"/>
        </w:rPr>
        <w:t>Konu: Yurt izin talebi</w:t>
      </w:r>
    </w:p>
    <w:p/>
    <w:p>
      <w:pPr>
        <w:jc w:val="left"/>
      </w:pPr>
      <w:r>
        <w:rPr>
          <w:sz w:val="22"/>
        </w:rPr>
        <w:t>Kurumunuza bağlı [Yurt Adı] yurdunda kalmaktayım. [..../..../20....] – [..../..../20....] tarihleri arasında [şehir/ilçe: ______] adresinde bulunacağım. Belirtilen tarihler için yurt izinli sayılmam hususunda gereğini arz ederim.</w:t>
      </w:r>
    </w:p>
    <w:p/>
    <w:p>
      <w:pPr>
        <w:jc w:val="left"/>
      </w:pPr>
      <w:r>
        <w:rPr>
          <w:sz w:val="22"/>
        </w:rPr>
        <w:t>İletişim ve ulaşım bilgilerim aşağıda yer almaktadır. Dönüş tarihinde yurda giriş yapacağımı ve yurt kurallarına uyacağımı beyan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[Öğrenci]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Yurt/Kapı No‑Oda No : ______</w:t>
      </w:r>
    </w:p>
    <w:p>
      <w:pPr>
        <w:jc w:val="left"/>
      </w:pPr>
      <w:r>
        <w:rPr>
          <w:sz w:val="22"/>
        </w:rPr>
        <w:t>İzin Tarihleri : [Başlangıç] – [Bitiş]</w:t>
      </w:r>
    </w:p>
    <w:p>
      <w:pPr>
        <w:jc w:val="left"/>
      </w:pPr>
      <w:r>
        <w:rPr>
          <w:sz w:val="22"/>
        </w:rPr>
        <w:t>Gidilecek Adres : ______</w:t>
      </w:r>
    </w:p>
    <w:p>
      <w:pPr>
        <w:jc w:val="left"/>
      </w:pPr>
      <w:r>
        <w:rPr>
          <w:sz w:val="22"/>
        </w:rPr>
        <w:t>Veli/Acile Ulaşılacak Kişi : ______  ·  Telefon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Veli/vasî izin/onay belgesi</w:t>
      </w:r>
    </w:p>
    <w:p>
      <w:pPr>
        <w:jc w:val="left"/>
      </w:pPr>
      <w:r>
        <w:rPr>
          <w:sz w:val="22"/>
        </w:rPr>
        <w:t>2) (Varsa) Resmî görev/etkinlik yazısı veya davet belgesi</w:t>
      </w:r>
    </w:p>
    <w:p>
      <w:pPr>
        <w:jc w:val="left"/>
      </w:pPr>
      <w:r>
        <w:rPr>
          <w:sz w:val="22"/>
        </w:rPr>
        <w:t>3)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