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sz w:val="22"/>
        </w:rPr>
        <w:t>................................................. İL/İLÇE</w:t>
      </w:r>
    </w:p>
    <w:p>
      <w:pPr>
        <w:jc w:val="center"/>
      </w:pPr>
      <w:r>
        <w:rPr>
          <w:sz w:val="22"/>
        </w:rPr>
        <w:t>................................................. [GSB KREDİ VE YURTLAR GENEL MÜDÜRLÜĞÜNE / İL MÜDÜRLÜĞÜNE]</w:t>
      </w:r>
    </w:p>
    <w:p/>
    <w:p>
      <w:pPr>
        <w:jc w:val="center"/>
      </w:pPr>
      <w:r>
        <w:rPr>
          <w:sz w:val="22"/>
        </w:rPr>
        <w:t>Konu: KYK öğrenim kredisinin kesilmesine itiraz ve yeniden başlatma talebi</w:t>
      </w:r>
    </w:p>
    <w:p/>
    <w:p>
      <w:pPr>
        <w:jc w:val="left"/>
      </w:pPr>
      <w:r>
        <w:rPr>
          <w:sz w:val="22"/>
        </w:rPr>
        <w:t>T.C. Gençlik ve Spor Bakanlığı Kredi ve Yurtlar (KYK) nezdinde tarafıma tahsis edilen **öğrenim kredisinin** [..../..../20....] tarihi itibarıyla kesildiğini/e‑Devlet’te pasif göründüğünü öğrendim.</w:t>
      </w:r>
    </w:p>
    <w:p/>
    <w:p>
      <w:pPr>
        <w:jc w:val="left"/>
      </w:pPr>
      <w:r>
        <w:rPr>
          <w:sz w:val="22"/>
        </w:rPr>
        <w:t>Kredi kesintisinin gerekçesinin (ör. kayıt yenilememe, sınıf tekrarı, not ortalaması, kayıt dondurma, ilişik kesme, program değişikliği, mezuniyet vb.) tarafıma bildirilmesini; mevcut durumumun [kayıt yenilendi / mezuniyet yok / program değişikliği güncellendi / hatalı işlem] şeklinde olduğunu, belgeleriyle birlikte ekte sunduğumu bilgilerinize arz ederim.</w:t>
      </w:r>
    </w:p>
    <w:p/>
    <w:p>
      <w:pPr>
        <w:jc w:val="left"/>
      </w:pPr>
      <w:r>
        <w:rPr>
          <w:sz w:val="22"/>
        </w:rPr>
        <w:t>Bu kapsamda; kredi ödemelerimin ilgili mevzuat çerçevesinde **yeniden başlatılmasını** (şartları sağlıyorsam), sağlanamayacak ise kesinti gerekçesi ve hukuki dayanağın tarafıma yazılı olarak bildirilmesini; KYK sistem kayıtlarımın güncellenmesini talep ederim.</w:t>
      </w:r>
    </w:p>
    <w:p/>
    <w:p>
      <w:pPr>
        <w:jc w:val="left"/>
      </w:pPr>
      <w:r>
        <w:rPr>
          <w:sz w:val="22"/>
        </w:rPr>
        <w:t>Gereğini arz ederim.</w:t>
      </w:r>
    </w:p>
    <w:p/>
    <w:p>
      <w:pPr>
        <w:jc w:val="left"/>
      </w:pPr>
      <w:r>
        <w:rPr>
          <w:sz w:val="22"/>
        </w:rPr>
        <w:t>..............., .... / .... / 20....</w:t>
      </w:r>
    </w:p>
    <w:p/>
    <w:p>
      <w:pPr>
        <w:jc w:val="left"/>
      </w:pPr>
      <w:r>
        <w:rPr>
          <w:sz w:val="22"/>
        </w:rPr>
        <w:t>[Öğrenci]</w:t>
      </w:r>
    </w:p>
    <w:p>
      <w:pPr>
        <w:jc w:val="left"/>
      </w:pPr>
      <w:r>
        <w:rPr>
          <w:sz w:val="22"/>
        </w:rPr>
        <w:t>Adı Soyadı : ______</w:t>
      </w:r>
    </w:p>
    <w:p>
      <w:pPr>
        <w:jc w:val="left"/>
      </w:pPr>
      <w:r>
        <w:rPr>
          <w:sz w:val="22"/>
        </w:rPr>
        <w:t>T.C. Kimlik No : ______</w:t>
      </w:r>
    </w:p>
    <w:p>
      <w:pPr>
        <w:jc w:val="left"/>
      </w:pPr>
      <w:r>
        <w:rPr>
          <w:sz w:val="22"/>
        </w:rPr>
        <w:t>Öğrenci No : ______</w:t>
      </w:r>
    </w:p>
    <w:p>
      <w:pPr>
        <w:jc w:val="left"/>
      </w:pPr>
      <w:r>
        <w:rPr>
          <w:sz w:val="22"/>
        </w:rPr>
        <w:t>Üniversite/Fakülte/Bölüm : ______</w:t>
      </w:r>
    </w:p>
    <w:p>
      <w:pPr>
        <w:jc w:val="left"/>
      </w:pPr>
      <w:r>
        <w:rPr>
          <w:sz w:val="22"/>
        </w:rPr>
        <w:t>Sınıf/Öğrenim Türü : ______</w:t>
      </w:r>
    </w:p>
    <w:p>
      <w:pPr>
        <w:jc w:val="left"/>
      </w:pPr>
      <w:r>
        <w:rPr>
          <w:sz w:val="22"/>
        </w:rPr>
        <w:t>Başvuru No/Tarih : ______</w:t>
      </w:r>
    </w:p>
    <w:p>
      <w:pPr>
        <w:jc w:val="left"/>
      </w:pPr>
      <w:r>
        <w:rPr>
          <w:sz w:val="22"/>
        </w:rPr>
        <w:t>Adres : ______</w:t>
      </w:r>
    </w:p>
    <w:p>
      <w:pPr>
        <w:jc w:val="left"/>
      </w:pPr>
      <w:r>
        <w:rPr>
          <w:sz w:val="22"/>
        </w:rPr>
        <w:t>Telefon : ______</w:t>
      </w:r>
    </w:p>
    <w:p>
      <w:pPr>
        <w:jc w:val="left"/>
      </w:pPr>
      <w:r>
        <w:rPr>
          <w:sz w:val="22"/>
        </w:rPr>
        <w:t>E‑posta : ______</w:t>
      </w:r>
    </w:p>
    <w:p>
      <w:pPr>
        <w:jc w:val="left"/>
      </w:pPr>
      <w:r>
        <w:rPr>
          <w:sz w:val="22"/>
        </w:rPr>
        <w:t>İmza</w:t>
      </w:r>
    </w:p>
    <w:p/>
    <w:p/>
    <w:p/>
    <w:p/>
    <w:p/>
    <w:p>
      <w:pPr>
        <w:jc w:val="left"/>
      </w:pPr>
      <w:r>
        <w:rPr>
          <w:sz w:val="22"/>
        </w:rPr>
        <w:t>Ekler:</w:t>
      </w:r>
    </w:p>
    <w:p>
      <w:pPr>
        <w:jc w:val="left"/>
      </w:pPr>
      <w:r>
        <w:rPr>
          <w:sz w:val="22"/>
        </w:rPr>
        <w:t>1) Öğrenci belgesi / transkript (güncel)</w:t>
      </w:r>
    </w:p>
    <w:p>
      <w:pPr>
        <w:jc w:val="left"/>
      </w:pPr>
      <w:r>
        <w:rPr>
          <w:sz w:val="22"/>
        </w:rPr>
        <w:t>2) (Varsa) Kayıt yenileme/ kayıt dondurma/ program değişikliği belgeleri</w:t>
      </w:r>
    </w:p>
    <w:p>
      <w:pPr>
        <w:jc w:val="left"/>
      </w:pPr>
      <w:r>
        <w:rPr>
          <w:sz w:val="22"/>
        </w:rPr>
        <w:t>3) (Varsa) Disiplin/ilişik durum yazısı</w:t>
      </w:r>
    </w:p>
    <w:p>
      <w:pPr>
        <w:jc w:val="left"/>
      </w:pPr>
      <w:r>
        <w:rPr>
          <w:sz w:val="22"/>
        </w:rPr>
        <w:t>4) (Varsa) Hatalı işleme dair ekran görüntüsü / yazışmalar</w:t>
      </w:r>
    </w:p>
    <w:p>
      <w:pPr>
        <w:jc w:val="left"/>
      </w:pPr>
      <w:r>
        <w:rPr>
          <w:sz w:val="22"/>
        </w:rPr>
        <w:t>5) Kimlik fotokopisi</w:t>
      </w:r>
    </w:p>
    <w:sectPr w:rsidR="00FC693F" w:rsidRPr="0006063C" w:rsidSect="00034616">
      <w:pgSz w:w="12240" w:h="15840"/>
      <w:pgMar w:top="1701" w:right="1134" w:bottom="141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