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[.................. LİSESİ MÜDÜRLÜĞÜNE]</w:t>
      </w:r>
    </w:p>
    <w:p/>
    <w:p>
      <w:pPr>
        <w:jc w:val="center"/>
      </w:pPr>
      <w:r>
        <w:rPr>
          <w:sz w:val="22"/>
        </w:rPr>
        <w:t>Konu: Lise mezuniyet belgesi / diploma sureti talebi</w:t>
      </w:r>
    </w:p>
    <w:p/>
    <w:p>
      <w:pPr>
        <w:jc w:val="left"/>
      </w:pPr>
      <w:r>
        <w:rPr>
          <w:sz w:val="22"/>
        </w:rPr>
        <w:t>Okulunuzun [Mezuniyet Yılı: ______] yılı mezunuyum. [Öğrenci No (varsa): ______]. [Üniversite/iş başvurusu/kurum işlemi] için mezuniyetimi gösterir **mezuniyet belgesi** (veya diploma sureti) talep etmekteyim.</w:t>
      </w:r>
    </w:p>
    <w:p/>
    <w:p>
      <w:pPr>
        <w:jc w:val="left"/>
      </w:pPr>
      <w:r>
        <w:rPr>
          <w:sz w:val="22"/>
        </w:rPr>
        <w:t>Okul kayıtlarınızda yer alan kimlik ve mezuniyet bilgilerime uygun olarak belgenin düzenlenerek tarafıma verilmesini; mümkünse e‑Devlet/MEB sistemiyle uyumlu şekilde doğrulanabilir nitelikte olmasını  arz ederim.</w:t>
      </w:r>
    </w:p>
    <w:p/>
    <w:p>
      <w:pPr>
        <w:jc w:val="left"/>
      </w:pPr>
      <w:r>
        <w:rPr>
          <w:sz w:val="22"/>
        </w:rPr>
        <w:t>(Diplomam kayıp/hasarlı ise) diploma **ikame belgesi**/diploma örneğinin düzenlenmesini; teslim şeklinin [elden/posta] olarak yapılmasını talep ediyorum.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[Mezun/Velisi]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Okul No/Sınıf-Şube (mezuniyette) : ______</w:t>
      </w:r>
    </w:p>
    <w:p>
      <w:pPr>
        <w:jc w:val="left"/>
      </w:pPr>
      <w:r>
        <w:rPr>
          <w:sz w:val="22"/>
        </w:rPr>
        <w:t>Mezuniyet Yılı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(Varsa) Diploma kayıp/hasar beyanı</w:t>
      </w:r>
    </w:p>
    <w:p>
      <w:pPr>
        <w:jc w:val="left"/>
      </w:pPr>
      <w:r>
        <w:rPr>
          <w:sz w:val="22"/>
        </w:rPr>
        <w:t>3) (Varsa) Vesikalık fotoğraf</w:t>
      </w:r>
    </w:p>
    <w:p>
      <w:pPr>
        <w:jc w:val="left"/>
      </w:pPr>
      <w:r>
        <w:rPr>
          <w:sz w:val="22"/>
        </w:rPr>
        <w:t>4) (Varsa) E-Devlet/Mezuniyet bilgisi ekran çıktısı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