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sz w:val="22"/>
        </w:rPr>
        <w:t>................................................. İL/İLÇE</w:t>
      </w:r>
    </w:p>
    <w:p>
      <w:pPr>
        <w:jc w:val="center"/>
      </w:pPr>
      <w:r>
        <w:rPr>
          <w:sz w:val="22"/>
        </w:rPr>
        <w:t>................................................. [İL/İLÇE] DOĞALGAZ DAĞITIM A.Ş. GENEL MÜDÜRLÜĞÜNE</w:t>
      </w:r>
    </w:p>
    <w:p/>
    <w:p>
      <w:pPr>
        <w:jc w:val="center"/>
      </w:pPr>
      <w:r>
        <w:rPr>
          <w:sz w:val="22"/>
        </w:rPr>
        <w:t>Konu: Mahallemize doğalgaz hattı tesis edilmesi talebi</w:t>
      </w:r>
    </w:p>
    <w:p/>
    <w:p>
      <w:pPr>
        <w:jc w:val="left"/>
      </w:pPr>
      <w:r>
        <w:rPr>
          <w:sz w:val="22"/>
        </w:rPr>
        <w:t>[İl/İlçe] sınırlarında yer alan [Mahalle/Köy] mahallemizde henüz doğalgaz altyapısı bulunmamaktadır. Mahallemiz nüfusu yaklaşık [_____ kişi] olup, [Sokak/Cadde ve Kapı No aralıkları] dahilinde [_____ hane/işyeri] doğalgaz aboneliği için talep oluşturmaya hazırdır.</w:t>
      </w:r>
    </w:p>
    <w:p/>
    <w:p>
      <w:pPr>
        <w:jc w:val="left"/>
      </w:pPr>
      <w:r>
        <w:rPr>
          <w:sz w:val="22"/>
        </w:rPr>
        <w:t>Bölgemizin iklim koşulları ve ısınma/enerji maliyetleri dikkate alındığında, doğalgaz altyapısının kurulmasıyla birlikte çevresel ve ekonomik açıdan önemli faydalar sağlanacaktır. Bu kapsamda dağıtım lisans bölgeniz dâhilinde mahallemizin yatırım planına alınarak gerekli etüt, proje ve hat imalat çalışmalarının başlatılmasını talep ederiz.</w:t>
      </w:r>
    </w:p>
    <w:p/>
    <w:p>
      <w:pPr>
        <w:jc w:val="left"/>
      </w:pPr>
      <w:r>
        <w:rPr>
          <w:sz w:val="22"/>
        </w:rPr>
        <w:t>Talep listemiz ve potansiyel abone sayısını gösteren başvuru formları ekte sunulmuştur. Gerekli görülmesi hâlinde saha etüdü için iletişim bilgilerimizden tarafımıza ulaşabilirsiniz.</w:t>
      </w:r>
    </w:p>
    <w:p/>
    <w:p>
      <w:pPr>
        <w:jc w:val="left"/>
      </w:pPr>
      <w:r>
        <w:rPr>
          <w:sz w:val="22"/>
        </w:rPr>
        <w:t>Gereğini bilgilerinize arz ederiz.</w:t>
      </w:r>
    </w:p>
    <w:p/>
    <w:p>
      <w:pPr>
        <w:jc w:val="left"/>
      </w:pPr>
      <w:r>
        <w:rPr>
          <w:sz w:val="22"/>
        </w:rPr>
        <w:t>..............., .... / .... / 20....</w:t>
      </w:r>
    </w:p>
    <w:p/>
    <w:p>
      <w:pPr>
        <w:jc w:val="left"/>
      </w:pPr>
      <w:r>
        <w:rPr>
          <w:sz w:val="22"/>
        </w:rPr>
        <w:t>[Başvuran/Temsilci]</w:t>
      </w:r>
    </w:p>
    <w:p>
      <w:pPr>
        <w:jc w:val="left"/>
      </w:pPr>
      <w:r>
        <w:rPr>
          <w:sz w:val="22"/>
        </w:rPr>
        <w:t>Adı Soyadı : ______</w:t>
      </w:r>
    </w:p>
    <w:p>
      <w:pPr>
        <w:jc w:val="left"/>
      </w:pPr>
      <w:r>
        <w:rPr>
          <w:sz w:val="22"/>
        </w:rPr>
        <w:t>T.C. Kimlik No : ______</w:t>
      </w:r>
    </w:p>
    <w:p>
      <w:pPr>
        <w:jc w:val="left"/>
      </w:pPr>
      <w:r>
        <w:rPr>
          <w:sz w:val="22"/>
        </w:rPr>
        <w:t>Adres : ______</w:t>
      </w:r>
    </w:p>
    <w:p>
      <w:pPr>
        <w:jc w:val="left"/>
      </w:pPr>
      <w:r>
        <w:rPr>
          <w:sz w:val="22"/>
        </w:rPr>
        <w:t>Telefon : ______</w:t>
      </w:r>
    </w:p>
    <w:p>
      <w:pPr>
        <w:jc w:val="left"/>
      </w:pPr>
      <w:r>
        <w:rPr>
          <w:sz w:val="22"/>
        </w:rPr>
        <w:t>E‑posta : ______</w:t>
      </w:r>
    </w:p>
    <w:p>
      <w:pPr>
        <w:jc w:val="left"/>
      </w:pPr>
      <w:r>
        <w:rPr>
          <w:sz w:val="22"/>
        </w:rPr>
        <w:t>(Varsa) Mahalle/Kooperatif Temsil Bilgisi : ______</w:t>
      </w:r>
    </w:p>
    <w:p>
      <w:pPr>
        <w:jc w:val="left"/>
      </w:pPr>
      <w:r>
        <w:rPr>
          <w:sz w:val="22"/>
        </w:rPr>
        <w:t>İmza</w:t>
      </w:r>
    </w:p>
    <w:p/>
    <w:p/>
    <w:p/>
    <w:p/>
    <w:p/>
    <w:p>
      <w:pPr>
        <w:jc w:val="left"/>
      </w:pPr>
      <w:r>
        <w:rPr>
          <w:sz w:val="22"/>
        </w:rPr>
        <w:t>Ekler:</w:t>
      </w:r>
    </w:p>
    <w:p>
      <w:pPr>
        <w:jc w:val="left"/>
      </w:pPr>
      <w:r>
        <w:rPr>
          <w:sz w:val="22"/>
        </w:rPr>
        <w:t>1) Mahalle hane listesi ve potansiyel abone başvuru formları</w:t>
      </w:r>
    </w:p>
    <w:p>
      <w:pPr>
        <w:jc w:val="left"/>
      </w:pPr>
      <w:r>
        <w:rPr>
          <w:sz w:val="22"/>
        </w:rPr>
        <w:t>2) Mahalle sınırları ve talep edilen güzergâhı gösterir kroki/harita</w:t>
      </w:r>
    </w:p>
    <w:p>
      <w:pPr>
        <w:jc w:val="left"/>
      </w:pPr>
      <w:r>
        <w:rPr>
          <w:sz w:val="22"/>
        </w:rPr>
        <w:t>3) Nüfus/ikametgâh kayıt örnekleri (toplu)</w:t>
      </w:r>
    </w:p>
    <w:p>
      <w:pPr>
        <w:jc w:val="left"/>
      </w:pPr>
      <w:r>
        <w:rPr>
          <w:sz w:val="22"/>
        </w:rPr>
        <w:t>4) İlgili belediye/birim iletişim ve koordinasyon bilgileri (varsa yazışmalar)</w:t>
      </w:r>
    </w:p>
    <w:sectPr w:rsidR="00FC693F" w:rsidRPr="0006063C" w:rsidSect="00034616">
      <w:pgSz w:w="12240" w:h="15840"/>
      <w:pgMar w:top="1701" w:right="1134" w:bottom="141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