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MAPFRE GENEL SİGORTA A.Ş. [GENEL MÜDÜRLÜĞÜ/İLGİLİ BİRİMİ]NE</w:t>
      </w:r>
    </w:p>
    <w:p/>
    <w:p>
      <w:pPr>
        <w:jc w:val="center"/>
      </w:pPr>
      <w:r>
        <w:rPr>
          <w:sz w:val="22"/>
        </w:rPr>
        <w:t>Konu: [Hasar dosyası/poliçe işlemi/prim iadesi vb.] hakkında talep ve bilgilendirme</w:t>
      </w:r>
    </w:p>
    <w:p/>
    <w:p>
      <w:pPr>
        <w:jc w:val="left"/>
      </w:pPr>
      <w:r>
        <w:rPr>
          <w:sz w:val="22"/>
        </w:rPr>
        <w:t>Sigortalı/Poliçe Sahibi: [Adı SOYADI], T.C. Kimlik No: [________], Poliçe No: [________], Branş: [trafik/kasko/konut/sağlık vb.].</w:t>
      </w:r>
    </w:p>
    <w:p/>
    <w:p>
      <w:pPr>
        <w:jc w:val="left"/>
      </w:pPr>
      <w:r>
        <w:rPr>
          <w:sz w:val="22"/>
        </w:rPr>
        <w:t>Hasar Dosyası (varsa): Dosya No: [________], Olay Tarihi: [..../..../20....], Olay Yeri: [________]. Olay ve zarara ilişkin bilgi ve belgeler dilekçe ekinde sunulmuştur.</w:t>
      </w:r>
    </w:p>
    <w:p/>
    <w:p>
      <w:pPr>
        <w:jc w:val="left"/>
      </w:pPr>
      <w:r>
        <w:rPr>
          <w:sz w:val="22"/>
        </w:rPr>
        <w:t>Talep: [tazminat ödemesi/eksper raporuna itiraz/eksik evrakın bildirimi/poliçe iptali ve prim iadesi/poliçe tadilatı vb.] hususunda gerekli işlemlerin yapılmasını; süreç ve sonuç hakkında tarafıma yazılı bilgilendirme yapılmasını talep ederim.</w:t>
      </w:r>
    </w:p>
    <w:p/>
    <w:p>
      <w:pPr>
        <w:jc w:val="left"/>
      </w:pPr>
      <w:r>
        <w:rPr>
          <w:sz w:val="22"/>
        </w:rPr>
        <w:t>İletişim ve banka bilgilerim ekte yer almakta olup, gerektiğinde tarafımla irtibata geçilmesini rica ederim.</w:t>
      </w:r>
    </w:p>
    <w:p/>
    <w:p>
      <w:pPr>
        <w:jc w:val="left"/>
      </w:pPr>
      <w:r>
        <w:rPr>
          <w:sz w:val="22"/>
        </w:rPr>
        <w:t>Gereğini bilgilerinize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[Sigortalı/Poliçe Sahibi]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Poliçe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Poliçe örneği ve/veya geçerli kart/kapsam belgeleri</w:t>
      </w:r>
    </w:p>
    <w:p>
      <w:pPr>
        <w:jc w:val="left"/>
      </w:pPr>
      <w:r>
        <w:rPr>
          <w:sz w:val="22"/>
        </w:rPr>
        <w:t>2) Hasara ilişkin tutanak, fotoğraf, fatura/servis/rapor (varsa)</w:t>
      </w:r>
    </w:p>
    <w:p>
      <w:pPr>
        <w:jc w:val="left"/>
      </w:pPr>
      <w:r>
        <w:rPr>
          <w:sz w:val="22"/>
        </w:rPr>
        <w:t>3) Banka IBAN bilgisi (tazminat/iade için)</w:t>
      </w:r>
    </w:p>
    <w:p>
      <w:pPr>
        <w:jc w:val="left"/>
      </w:pPr>
      <w:r>
        <w:rPr>
          <w:sz w:val="22"/>
        </w:rPr>
        <w:t>4) Kimlik fotokopisi ve iletişim/bildirim adresi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