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MARMARA ÜNİVERSİTESİ REKTÖRLÜĞÜNE / [İLGİLİ BİRİMİNE]</w:t>
      </w:r>
    </w:p>
    <w:p/>
    <w:p>
      <w:pPr>
        <w:jc w:val="center"/>
      </w:pPr>
      <w:r>
        <w:rPr>
          <w:sz w:val="22"/>
        </w:rPr>
        <w:t>Konu: [Talebin kısa özeti – kayıt dondurma/öğrenim belgesi/harç iadesi/çap başvurusu vb.]</w:t>
      </w:r>
    </w:p>
    <w:p/>
    <w:p>
      <w:pPr>
        <w:jc w:val="left"/>
      </w:pPr>
      <w:r>
        <w:rPr>
          <w:sz w:val="22"/>
        </w:rPr>
        <w:t>Öğrenci Bilgileri: Ad Soyad: [________] · T.C. Kimlik No: [________] · Öğrenci No: [________] · Program: [Fakülte/Yüksekokul, Bölüm/Program] · Sınıf: [__].</w:t>
      </w:r>
    </w:p>
    <w:p/>
    <w:p>
      <w:pPr>
        <w:jc w:val="left"/>
      </w:pPr>
      <w:r>
        <w:rPr>
          <w:sz w:val="22"/>
        </w:rPr>
        <w:t>Açıklama: [İlgili talebi gerektiren durumun özeti; tarih/süreç bilgilerinin kısa anlatımı]. Talebime ilişkin dayanak belgeler ekte sunulmuştur.</w:t>
      </w:r>
    </w:p>
    <w:p/>
    <w:p>
      <w:pPr>
        <w:jc w:val="left"/>
      </w:pPr>
      <w:r>
        <w:rPr>
          <w:sz w:val="22"/>
        </w:rPr>
        <w:t>Talep: [kayıt dondurma/öğrenim belgesi düzenlenmesi/harç iadesi/çap‑yandal başvurusu/kayıt yenileme düzeltmesi vb.] işleminin yapılmasını; sonuç hakkında tarafıma yazılı bilgilendirme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[Öğrenci/Mezun]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Bölüm/Program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Öğrenci belgesi/Transkript (gerekliyse)</w:t>
      </w:r>
    </w:p>
    <w:p>
      <w:pPr>
        <w:jc w:val="left"/>
      </w:pPr>
      <w:r>
        <w:rPr>
          <w:sz w:val="22"/>
        </w:rPr>
        <w:t>2) Talebe konu belge/rapor/başvuru formu</w:t>
      </w:r>
    </w:p>
    <w:p>
      <w:pPr>
        <w:jc w:val="left"/>
      </w:pPr>
      <w:r>
        <w:rPr>
          <w:sz w:val="22"/>
        </w:rPr>
        <w:t>3) Kimlik fotokopisi</w:t>
      </w:r>
    </w:p>
    <w:p>
      <w:pPr>
        <w:jc w:val="left"/>
      </w:pPr>
      <w:r>
        <w:rPr>
          <w:sz w:val="22"/>
        </w:rPr>
        <w:t>4) Diğer destekleyici evraklar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