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[ÜNİVERSİTE ADI] REKTÖRLÜĞÜNE / [FAKÜLTE/YÜKSEKOKUL] DEKANLIĞINA/MÜDÜRLÜĞÜNE</w:t>
      </w:r>
    </w:p>
    <w:p/>
    <w:p>
      <w:pPr>
        <w:jc w:val="center"/>
      </w:pPr>
      <w:r>
        <w:rPr>
          <w:sz w:val="22"/>
        </w:rPr>
        <w:t>Konu: Mazeret sınavı talebi</w:t>
      </w:r>
    </w:p>
    <w:p/>
    <w:p>
      <w:pPr>
        <w:jc w:val="left"/>
      </w:pPr>
      <w:r>
        <w:rPr>
          <w:sz w:val="22"/>
        </w:rPr>
        <w:t>Öğrenci Bilgileri: Ad Soyad: [________] · T.C. Kimlik No: [________] · Öğrenci No: [________] · Program: [Fakülte/Yüksekokul, Bölüm/Program] · Sınıf: [__].</w:t>
      </w:r>
    </w:p>
    <w:p/>
    <w:p>
      <w:pPr>
        <w:jc w:val="left"/>
      </w:pPr>
      <w:r>
        <w:rPr>
          <w:sz w:val="22"/>
        </w:rPr>
        <w:t>Sınav Bilgisi: [Ders Adı] dersinin [vize/final/bütünleme/quiz] sınavı [..../..../20....] tarihinde yapılmış olup, [ani sağlık sorunu/ulaşım engeli/yakın vefatı/resmî görev vb.] nedeniyle sınava katılamadım.</w:t>
      </w:r>
    </w:p>
    <w:p/>
    <w:p>
      <w:pPr>
        <w:jc w:val="left"/>
      </w:pPr>
      <w:r>
        <w:rPr>
          <w:sz w:val="22"/>
        </w:rPr>
        <w:t>Gerekçe ve Belgeler: Mazeretime ilişkin [sağlık raporu/olay tutanağı/görevlendirme yazısı/seyahat iptal belgesi vb.] eklenmiştir. Yönetmelikte öngörülen süre içinde başvuru yapılmaktadır.</w:t>
      </w:r>
    </w:p>
    <w:p/>
    <w:p>
      <w:pPr>
        <w:jc w:val="left"/>
      </w:pPr>
      <w:r>
        <w:rPr>
          <w:sz w:val="22"/>
        </w:rPr>
        <w:t>Talep: İlgili ders/dersler için mazeretimin kabulü ile mazeret sınavı hakkı tanınmasını; sınav tarihinin tarafıma bildirilmesini arz ve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[Öğrenci]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No : ______</w:t>
      </w:r>
    </w:p>
    <w:p>
      <w:pPr>
        <w:jc w:val="left"/>
      </w:pPr>
      <w:r>
        <w:rPr>
          <w:sz w:val="22"/>
        </w:rPr>
        <w:t>Bölüm/Program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Sağlık raporu/olay tutanağı/görevlendirme yazısı (varsa)</w:t>
      </w:r>
    </w:p>
    <w:p>
      <w:pPr>
        <w:jc w:val="left"/>
      </w:pPr>
      <w:r>
        <w:rPr>
          <w:sz w:val="22"/>
        </w:rPr>
        <w:t>2) Sınav çağrı/duyuru belgesi (jüriden/öğretim elemanından) (varsa)</w:t>
      </w:r>
    </w:p>
    <w:p>
      <w:pPr>
        <w:jc w:val="left"/>
      </w:pPr>
      <w:r>
        <w:rPr>
          <w:sz w:val="22"/>
        </w:rPr>
        <w:t>3) Öğrenci belgesi/kimlik fotokopisi</w:t>
      </w:r>
    </w:p>
    <w:p>
      <w:pPr>
        <w:jc w:val="left"/>
      </w:pPr>
      <w:r>
        <w:rPr>
          <w:sz w:val="22"/>
        </w:rPr>
        <w:t>4)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