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MİLLÎ EĞİTİM MÜDÜRLÜĞÜ (Lojman Komisyonu Başkanlığına)</w:t>
      </w:r>
    </w:p>
    <w:p/>
    <w:p>
      <w:pPr>
        <w:jc w:val="center"/>
      </w:pPr>
      <w:r>
        <w:rPr>
          <w:sz w:val="22"/>
        </w:rPr>
        <w:t>Konu: Lojman tahsisi talebi</w:t>
      </w:r>
    </w:p>
    <w:p/>
    <w:p>
      <w:pPr>
        <w:jc w:val="left"/>
      </w:pPr>
      <w:r>
        <w:rPr>
          <w:sz w:val="22"/>
        </w:rPr>
        <w:t>Bakanlığınıza bağlı [okul/kurum adı]’nda [öğretmen/şef/memur vb.] unvanıyla görev yapmaktayım. Kurumunuz emrinde fiilen görev yaptığım [yıl/ay] süresi ve mevcut barınma koşullarım dikkate alınarak tarafıma lojman tahsis edilmesini talep ediyorum.</w:t>
      </w:r>
    </w:p>
    <w:p/>
    <w:p>
      <w:pPr>
        <w:jc w:val="left"/>
      </w:pPr>
      <w:r>
        <w:rPr>
          <w:sz w:val="22"/>
        </w:rPr>
        <w:t>Lojman Tahsis Yönetmeliği hükümleri çerçevesinde; hizmet puanı, görev ve aile durumuma ilişkin bilgi ve belgeler ekte yer almaktadır. Kurum içi çalışma düzeni ve lojman kullanım esaslarına uyacağımı beyan eder, tahsis sıralamasına dâhil edilerek değerlendirilmeyi arz ederim.</w:t>
      </w:r>
    </w:p>
    <w:p/>
    <w:p>
      <w:pPr>
        <w:jc w:val="left"/>
      </w:pPr>
      <w:r>
        <w:rPr>
          <w:sz w:val="22"/>
        </w:rPr>
        <w:t>Gereğini arz ederim.</w:t>
      </w:r>
    </w:p>
    <w:p/>
    <w:p>
      <w:pPr>
        <w:jc w:val="left"/>
      </w:pPr>
      <w:r>
        <w:rPr>
          <w:sz w:val="22"/>
        </w:rPr>
        <w:t>..............., .... / .... / 20....</w:t>
      </w:r>
    </w:p>
    <w:p/>
    <w:p>
      <w:pPr>
        <w:jc w:val="left"/>
      </w:pPr>
      <w:r>
        <w:rPr>
          <w:sz w:val="22"/>
        </w:rPr>
        <w:t>[Başvuran/Personel]</w:t>
      </w:r>
    </w:p>
    <w:p>
      <w:pPr>
        <w:jc w:val="left"/>
      </w:pPr>
      <w:r>
        <w:rPr>
          <w:sz w:val="22"/>
        </w:rPr>
        <w:t>Adı Soyadı : ______</w:t>
      </w:r>
    </w:p>
    <w:p>
      <w:pPr>
        <w:jc w:val="left"/>
      </w:pPr>
      <w:r>
        <w:rPr>
          <w:sz w:val="22"/>
        </w:rPr>
        <w:t>T.C. Kimlik No : ______</w:t>
      </w:r>
    </w:p>
    <w:p>
      <w:pPr>
        <w:jc w:val="left"/>
      </w:pPr>
      <w:r>
        <w:rPr>
          <w:sz w:val="22"/>
        </w:rPr>
        <w:t>Sicil No : ______</w:t>
      </w:r>
    </w:p>
    <w:p>
      <w:pPr>
        <w:jc w:val="left"/>
      </w:pPr>
      <w:r>
        <w:rPr>
          <w:sz w:val="22"/>
        </w:rPr>
        <w:t>Görev Yeri/Unvan : ______</w:t>
      </w:r>
    </w:p>
    <w:p>
      <w:pPr>
        <w:jc w:val="left"/>
      </w:pPr>
      <w:r>
        <w:rPr>
          <w:sz w:val="22"/>
        </w:rPr>
        <w:t>Medeni Hali/Çocuk Sayısı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İmza</w:t>
      </w:r>
    </w:p>
    <w:p/>
    <w:p/>
    <w:p/>
    <w:p/>
    <w:p/>
    <w:p>
      <w:pPr>
        <w:jc w:val="left"/>
      </w:pPr>
      <w:r>
        <w:rPr>
          <w:sz w:val="22"/>
        </w:rPr>
        <w:t>Ekler:</w:t>
      </w:r>
    </w:p>
    <w:p>
      <w:pPr>
        <w:jc w:val="left"/>
      </w:pPr>
      <w:r>
        <w:rPr>
          <w:sz w:val="22"/>
        </w:rPr>
        <w:t>1) Görev belgesi ve hizmet puanı dökümü</w:t>
      </w:r>
    </w:p>
    <w:p>
      <w:pPr>
        <w:jc w:val="left"/>
      </w:pPr>
      <w:r>
        <w:rPr>
          <w:sz w:val="22"/>
        </w:rPr>
        <w:t>2) Aile nüfus kayıt örneği ve (varsa) eş görev/çalışma belgesi</w:t>
      </w:r>
    </w:p>
    <w:p>
      <w:pPr>
        <w:jc w:val="left"/>
      </w:pPr>
      <w:r>
        <w:rPr>
          <w:sz w:val="22"/>
        </w:rPr>
        <w:t>3) İkametgâh belgesi (mevcut barınma durumu)</w:t>
      </w:r>
    </w:p>
    <w:p>
      <w:pPr>
        <w:jc w:val="left"/>
      </w:pPr>
      <w:r>
        <w:rPr>
          <w:sz w:val="22"/>
        </w:rPr>
        <w:t>4) Son aya ait maaş bordrosu</w:t>
      </w:r>
    </w:p>
    <w:p>
      <w:pPr>
        <w:jc w:val="left"/>
      </w:pPr>
      <w:r>
        <w:rPr>
          <w:sz w:val="22"/>
        </w:rPr>
        <w:t>5) (Varsa) Engellilik/sağlık durumunu gösterir rapor veya öncelik belgeleri</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