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[İSTANBUL MEDİPOL ÜNİVERSİTESİ REKTÖRLÜĞÜNE / İLGİLİ BİRİM MÜDÜRLÜĞÜNE]</w:t>
      </w:r>
    </w:p>
    <w:p/>
    <w:p>
      <w:pPr>
        <w:jc w:val="center"/>
      </w:pPr>
      <w:r>
        <w:rPr>
          <w:sz w:val="22"/>
        </w:rPr>
        <w:t>Konu: [Talebin kısa özeti (ör. öğrenci belgesi talebi / kayıt dondurma / ücret iadesi / staj yazısı)]</w:t>
      </w:r>
    </w:p>
    <w:p/>
    <w:p>
      <w:pPr>
        <w:jc w:val="left"/>
      </w:pPr>
      <w:r>
        <w:rPr>
          <w:sz w:val="22"/>
        </w:rPr>
        <w:t>Üniversiteniz [fakülte/yüksekokul/enstitü] [bölüm/program] öğrencisiyim/mezunuyum. [Talebin kısa açıklaması: hangi işlem, hangi dönem, gerekçe vb.] hususunda gereğinin yapılmasını arz ederim.</w:t>
      </w:r>
    </w:p>
    <w:p/>
    <w:p>
      <w:pPr>
        <w:jc w:val="left"/>
      </w:pPr>
      <w:r>
        <w:rPr>
          <w:sz w:val="22"/>
        </w:rPr>
        <w:t>İlgili işlem için gerekli bilgi/belgeler ekte yer almakta olup, süreç hakkında tarafıma yazılı/e‑posta yoluyla bilgilendirme yapılmasını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[Başvuran/Öğrenci/Mezun]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No : ______</w:t>
      </w:r>
    </w:p>
    <w:p>
      <w:pPr>
        <w:jc w:val="left"/>
      </w:pPr>
      <w:r>
        <w:rPr>
          <w:sz w:val="22"/>
        </w:rPr>
        <w:t>Fakülte / Bölüm / Program : ______</w:t>
      </w:r>
    </w:p>
    <w:p>
      <w:pPr>
        <w:jc w:val="left"/>
      </w:pPr>
      <w:r>
        <w:rPr>
          <w:sz w:val="22"/>
        </w:rPr>
        <w:t>Sınıf / Dönem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Öğrenci/Mezuniyet belgesi fotokopisi (varsa)</w:t>
      </w:r>
    </w:p>
    <w:p>
      <w:pPr>
        <w:jc w:val="left"/>
      </w:pPr>
      <w:r>
        <w:rPr>
          <w:sz w:val="22"/>
        </w:rPr>
        <w:t>2) Kimlik fotokopisi</w:t>
      </w:r>
    </w:p>
    <w:p>
      <w:pPr>
        <w:jc w:val="left"/>
      </w:pPr>
      <w:r>
        <w:rPr>
          <w:sz w:val="22"/>
        </w:rPr>
        <w:t>3) (Varsa) Talebe ilişkin dilekçe/uygunluk yazıları / dekont</w:t>
      </w:r>
    </w:p>
    <w:p>
      <w:pPr>
        <w:jc w:val="left"/>
      </w:pPr>
      <w:r>
        <w:rPr>
          <w:sz w:val="22"/>
        </w:rPr>
        <w:t>4)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