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TİCARET SİCİLİ MÜDÜRLÜĞÜNE</w:t>
      </w:r>
    </w:p>
    <w:p/>
    <w:p>
      <w:pPr>
        <w:jc w:val="center"/>
      </w:pPr>
      <w:r>
        <w:rPr>
          <w:sz w:val="22"/>
        </w:rPr>
        <w:t>Konu: Merkez naklinin (111. madde) tescil ve ilan talebi</w:t>
      </w:r>
    </w:p>
    <w:p/>
    <w:p>
      <w:pPr>
        <w:jc w:val="left"/>
      </w:pPr>
      <w:r>
        <w:rPr>
          <w:sz w:val="22"/>
        </w:rPr>
        <w:t>Şirket Unvanı : ________________________________</w:t>
      </w:r>
    </w:p>
    <w:p>
      <w:pPr>
        <w:jc w:val="left"/>
      </w:pPr>
      <w:r>
        <w:rPr>
          <w:sz w:val="22"/>
        </w:rPr>
        <w:t>MERSİS No      : ________________________________</w:t>
      </w:r>
    </w:p>
    <w:p>
      <w:pPr>
        <w:jc w:val="left"/>
      </w:pPr>
      <w:r>
        <w:rPr>
          <w:sz w:val="22"/>
        </w:rPr>
        <w:t>Eski Merkez    : ________________________________</w:t>
      </w:r>
    </w:p>
    <w:p>
      <w:pPr>
        <w:jc w:val="left"/>
      </w:pPr>
      <w:r>
        <w:rPr>
          <w:sz w:val="22"/>
        </w:rPr>
        <w:t>Yeni Merkez    : ________________________________</w:t>
      </w:r>
    </w:p>
    <w:p/>
    <w:p>
      <w:pPr>
        <w:jc w:val="left"/>
      </w:pPr>
      <w:r>
        <w:rPr>
          <w:sz w:val="22"/>
        </w:rPr>
        <w:t>Şirketimizin merkez adresinin [Eski adres]’ten [Yeni adres]’e nakline ilişkin [Yönetim Kurulu/Ortaklar Kurulu]’nun **[..../..../20.... tarih ve .... sayılı]** kararı uyarınca, ilgili mevzuatın **111. maddesi** kapsamında merkez naklinin **tescil ve ilanını** talep ederiz.</w:t>
      </w:r>
    </w:p>
    <w:p/>
    <w:p>
      <w:pPr>
        <w:jc w:val="left"/>
      </w:pPr>
      <w:r>
        <w:rPr>
          <w:sz w:val="22"/>
        </w:rPr>
        <w:t>Karar doğrultusunda ana sözleşmenin [merkez maddesi] tadil edilmiş olup, tadil metni ve gerekli belgeler ekte sunulmuştur. Tescil işlemlerinin yapılmasını ve neticenin tarafımıza bildirilmesini arz ederiz.</w:t>
      </w:r>
    </w:p>
    <w:p/>
    <w:p>
      <w:pPr>
        <w:jc w:val="left"/>
      </w:pPr>
      <w:r>
        <w:rPr>
          <w:sz w:val="22"/>
        </w:rPr>
        <w:t>Gereğini arz ederiz.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[Şirket Yetkilisi]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 / 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[YK/Ortaklar Kurulu] karar örneği (imzalı)</w:t>
      </w:r>
    </w:p>
    <w:p>
      <w:pPr>
        <w:jc w:val="left"/>
      </w:pPr>
      <w:r>
        <w:rPr>
          <w:sz w:val="22"/>
        </w:rPr>
        <w:t>2) Ana sözleşme tadil metni</w:t>
      </w:r>
    </w:p>
    <w:p>
      <w:pPr>
        <w:jc w:val="left"/>
      </w:pPr>
      <w:r>
        <w:rPr>
          <w:sz w:val="22"/>
        </w:rPr>
        <w:t>3) Yeni adresi gösterir belge (kira sözleşmesi/tapu)</w:t>
      </w:r>
    </w:p>
    <w:p>
      <w:pPr>
        <w:jc w:val="left"/>
      </w:pPr>
      <w:r>
        <w:rPr>
          <w:sz w:val="22"/>
        </w:rPr>
        <w:t>4) Yetki belgesi/İmza beyannamesi</w:t>
      </w:r>
    </w:p>
    <w:p>
      <w:pPr>
        <w:jc w:val="left"/>
      </w:pPr>
      <w:r>
        <w:rPr>
          <w:sz w:val="22"/>
        </w:rPr>
        <w:t>5) Oda kayıt sureti/MERSİS işlem çıktısı</w:t>
      </w:r>
    </w:p>
    <w:p>
      <w:pPr>
        <w:jc w:val="left"/>
      </w:pPr>
      <w:r>
        <w:rPr>
          <w:sz w:val="22"/>
        </w:rPr>
        <w:t>6) Harç/dekont ve diğer ilgili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