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[KURUM/MAKAM ADI] [Başkanlığına/Müdürlüğüne]</w:t>
      </w:r>
    </w:p>
    <w:p/>
    <w:p>
      <w:pPr>
        <w:jc w:val="center"/>
      </w:pPr>
      <w:r>
        <w:rPr>
          <w:sz w:val="22"/>
        </w:rPr>
        <w:t>Konu: Muvafakatname (İzin/Onay Beyanı)</w:t>
      </w:r>
    </w:p>
    <w:p/>
    <w:p>
      <w:pPr>
        <w:jc w:val="left"/>
      </w:pPr>
      <w:r>
        <w:rPr>
          <w:sz w:val="22"/>
        </w:rPr>
        <w:t>İşbu dilekçe ile; [Ad Soyad – T.C. Kimlik No: ______] olarak, [ilişki: veli/eş/vasî/kendim] sıfatıyla, [işlem/başvuru/etkinlik/seyahat/öğrenim vb.] kapsamında [Ad Soyad – T.C. Kimlik No: ______] hakkında yapılacak [işlemin/adımın] gerçekleştirilmesine **açık muvafakat** verdiğimi beyan ederim.</w:t>
      </w:r>
    </w:p>
    <w:p/>
    <w:p>
      <w:pPr>
        <w:jc w:val="left"/>
      </w:pPr>
      <w:r>
        <w:rPr>
          <w:sz w:val="22"/>
        </w:rPr>
        <w:t>Muvafakat kapsamı: [yapılacak işlem/amaç], [kapsam ve sınırlar], [gerekirse tarih ve yer]. Muvafakat süresi: [başlangıç tarihi] – [bitiş tarihi/‘iptal edene kadar’]. İstediğim zaman yazılı başvuru ile muvafakati geri çekebileceğim konusunda bilgilendirildim.</w:t>
      </w:r>
    </w:p>
    <w:p/>
    <w:p>
      <w:pPr>
        <w:jc w:val="left"/>
      </w:pPr>
      <w:r>
        <w:rPr>
          <w:sz w:val="22"/>
        </w:rPr>
        <w:t>Kişisel veriler: 6698 sayılı KVKK ve ilgili mevzuat uyarınca; belirtilen amaçlarla sınırlı kalmak kaydıyla kişisel verilerin işlenmesine, yurt içi/yurt dışı aktarımına (gerekiyorsa), saklanmasına ve ilgili kişi/kurumlarla paylaşılmasına muvafakat ederim.</w:t>
      </w:r>
    </w:p>
    <w:p/>
    <w:p>
      <w:pPr>
        <w:jc w:val="left"/>
      </w:pPr>
      <w:r>
        <w:rPr>
          <w:sz w:val="22"/>
        </w:rPr>
        <w:t>Bu kapsamda yapılacak işlemlere ilişkin bilgilendirmelerin [adres/telefon/e‑posta] bilgilerime yapılmasını kabul eder, doğabilecek hususlarda gerekli bilgi/belgeleri sunmayı taahhüt ederim.</w:t>
      </w:r>
    </w:p>
    <w:p/>
    <w:p>
      <w:pPr>
        <w:jc w:val="left"/>
      </w:pPr>
      <w:r>
        <w:rPr>
          <w:sz w:val="22"/>
        </w:rPr>
        <w:t>Gereğini bilgilerinize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[Muvafakat Veren]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Yakınlık/Unvan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</w:t>
      </w:r>
    </w:p>
    <w:p>
      <w:pPr>
        <w:jc w:val="left"/>
      </w:pPr>
      <w:r>
        <w:rPr>
          <w:sz w:val="22"/>
        </w:rPr>
        <w:t>2) (Varsa) Muvafakat verilen kişiye ait kimlik/öğrenci belgesi</w:t>
      </w:r>
    </w:p>
    <w:p>
      <w:pPr>
        <w:jc w:val="left"/>
      </w:pPr>
      <w:r>
        <w:rPr>
          <w:sz w:val="22"/>
        </w:rPr>
        <w:t>3) (Varsa) Velayet/vesayet/evlilik cüzdanı vb. ilişkiyi gösterir belge</w:t>
      </w:r>
    </w:p>
    <w:p>
      <w:pPr>
        <w:jc w:val="left"/>
      </w:pPr>
      <w:r>
        <w:rPr>
          <w:sz w:val="22"/>
        </w:rPr>
        <w:t>4) (Varsa) Başvuru/etkinlik/seyahat belgeleri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