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[KURUM/OKUL/FAKÜLTE] [Müdürlüğüne/Dekanlığına]</w:t>
      </w:r>
    </w:p>
    <w:p/>
    <w:p>
      <w:pPr>
        <w:jc w:val="center"/>
      </w:pPr>
      <w:r>
        <w:rPr>
          <w:sz w:val="22"/>
        </w:rPr>
        <w:t>Konu: Muvaffakiyet (Başarı) Belgesi Talebi</w:t>
      </w:r>
    </w:p>
    <w:p/>
    <w:p>
      <w:pPr>
        <w:jc w:val="left"/>
      </w:pPr>
      <w:r>
        <w:rPr>
          <w:sz w:val="22"/>
        </w:rPr>
        <w:t>Kurumunuzda [öğrenci/personel] olarak kayıtlı bulunmaktayım. [..../..../20....] tarihleri arasında [program/bölüm/sınıf] kapsamında yürütülen [ders/etkinlik/proje/staj] çalışmalarında gösterdiğim başarıya ilişkin **muvaffakiyet (başarı) belgesi** talep etmekteyim.</w:t>
      </w:r>
    </w:p>
    <w:p/>
    <w:p>
      <w:pPr>
        <w:jc w:val="left"/>
      </w:pPr>
      <w:r>
        <w:rPr>
          <w:sz w:val="22"/>
        </w:rPr>
        <w:t>Belgenin talep gerekçesi: [burs/başvuru/portföy/özgeçmiş/kurum içi dosya vb.]. Belgenin [basılı/e‑imzalı] olarak hazırlanarak [elden teslim/posta/adresime gönderim/e‑posta] yoluyla tarafıma iletilmesini arz ederim.</w:t>
      </w:r>
    </w:p>
    <w:p/>
    <w:p>
      <w:pPr>
        <w:jc w:val="left"/>
      </w:pPr>
      <w:r>
        <w:rPr>
          <w:sz w:val="22"/>
        </w:rPr>
        <w:t>Kimlik ve iletişim bilgilerim aşağıda sunulmuştur. Gerekli görülmesi hâlinde ek bilgi/belge ibraz etmeye hazırım.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[Başvuran/Öğrenci/Personel]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(Varsa) Öğrenci/Personel No : ______</w:t>
      </w:r>
    </w:p>
    <w:p>
      <w:pPr>
        <w:jc w:val="left"/>
      </w:pPr>
      <w:r>
        <w:rPr>
          <w:sz w:val="22"/>
        </w:rPr>
        <w:t>Program/Bölüm/Sınıf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Öğrenci/Personel belgesi</w:t>
      </w:r>
    </w:p>
    <w:p>
      <w:pPr>
        <w:jc w:val="left"/>
      </w:pPr>
      <w:r>
        <w:rPr>
          <w:sz w:val="22"/>
        </w:rPr>
        <w:t>3) (Varsa) İlgili ders/etkinlik/proje/staja ilişkin belge/rapor</w:t>
      </w:r>
    </w:p>
    <w:p>
      <w:pPr>
        <w:jc w:val="left"/>
      </w:pPr>
      <w:r>
        <w:rPr>
          <w:sz w:val="22"/>
        </w:rPr>
        <w:t>4) (Varsa) Harç/ödeme dekontu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