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[KURUM/OKUL/İŞYERİ] MÜDÜRLÜĞÜNE</w:t>
      </w:r>
    </w:p>
    <w:p/>
    <w:p>
      <w:pPr>
        <w:jc w:val="center"/>
      </w:pPr>
      <w:r>
        <w:rPr>
          <w:sz w:val="22"/>
        </w:rPr>
        <w:t>Konu: [Talebin/başvurunun kısa özeti]</w:t>
      </w:r>
    </w:p>
    <w:p/>
    <w:p>
      <w:pPr>
        <w:jc w:val="left"/>
      </w:pPr>
      <w:r>
        <w:rPr>
          <w:sz w:val="22"/>
        </w:rPr>
        <w:t>Kurumunuz nezdinde [öğrenci/personel/veli/başvuran] statüsünde bulunmaktayım. [Talep edilen işlem/kısa durum açıklaması] hususunda gereğinin yapılmasını talep ederim.</w:t>
      </w:r>
    </w:p>
    <w:p/>
    <w:p>
      <w:pPr>
        <w:jc w:val="left"/>
      </w:pPr>
      <w:r>
        <w:rPr>
          <w:sz w:val="22"/>
        </w:rPr>
        <w:t>Gerekçe ve açıklamalar: [tarih/süreç], [olayların özeti], [talebin hukuki/dayanak bilgisi varsa], [istenen sonuç].</w:t>
      </w:r>
    </w:p>
    <w:p/>
    <w:p>
      <w:pPr>
        <w:jc w:val="left"/>
      </w:pPr>
      <w:r>
        <w:rPr>
          <w:sz w:val="22"/>
        </w:rPr>
        <w:t>İşbu talebim kapsamında yapılacak bildirimlerin aşağıda yer alan iletişim adreslerime yapılmasını, bilgi ve belgelerin tarafımca sunulacağını beyan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[Başvuran/Öğrenci/Personel/Veli]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No/Sicil : ______</w:t>
      </w:r>
    </w:p>
    <w:p>
      <w:pPr>
        <w:jc w:val="left"/>
      </w:pPr>
      <w:r>
        <w:rPr>
          <w:sz w:val="22"/>
        </w:rPr>
        <w:t>Sınıf/Birim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Durumu gösterir resmi belge/rapor</w:t>
      </w:r>
    </w:p>
    <w:p>
      <w:pPr>
        <w:jc w:val="left"/>
      </w:pPr>
      <w:r>
        <w:rPr>
          <w:sz w:val="22"/>
        </w:rPr>
        <w:t>2) (Varsa) Kimlik/öğrenci/personel belgesi</w:t>
      </w:r>
    </w:p>
    <w:p>
      <w:pPr>
        <w:jc w:val="left"/>
      </w:pPr>
      <w:r>
        <w:rPr>
          <w:sz w:val="22"/>
        </w:rPr>
        <w:t>3) (Varsa) Dilekçeyi destekleyen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