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[.................. OKUL MÜDÜRLÜĞÜNE]</w:t>
      </w:r>
    </w:p>
    <w:p/>
    <w:p>
      <w:pPr>
        <w:jc w:val="center"/>
      </w:pPr>
      <w:r>
        <w:rPr>
          <w:sz w:val="22"/>
        </w:rPr>
        <w:t>Konu: Okul gezisine katılım/izin talebi</w:t>
      </w:r>
    </w:p>
    <w:p/>
    <w:p>
      <w:pPr>
        <w:jc w:val="left"/>
      </w:pPr>
      <w:r>
        <w:rPr>
          <w:sz w:val="22"/>
        </w:rPr>
        <w:t>Okulunuzun [..../..../20....] tarihinde düzenleyeceği [Gezi Yeri/Etkinlik Adı] konulu geziye, öğrenciniz/öğrencim [Adı Soyadı] (Sınıf/Şube: [_____/_____], No: [_____]) olarak katılım sağlamak istiyoruz.</w:t>
      </w:r>
    </w:p>
    <w:p/>
    <w:p>
      <w:pPr>
        <w:jc w:val="left"/>
      </w:pPr>
      <w:r>
        <w:rPr>
          <w:sz w:val="22"/>
        </w:rPr>
        <w:t>Gezi kapsamındaki ulaşım, rehberlik, giriş ücreti ve diğer giderler ile okul yönetimi ve refakatçi öğretmenlerin belirlediği kurallara uyulacağını kabul eder; öğrencinin sağlık durumu/alerji vb. özel durumları hakkında gerekli bilgileri refakatçi öğretmenlere bildireceğimizi beyan ederiz.</w:t>
      </w:r>
    </w:p>
    <w:p/>
    <w:p>
      <w:pPr>
        <w:jc w:val="left"/>
      </w:pPr>
      <w:r>
        <w:rPr>
          <w:sz w:val="22"/>
        </w:rPr>
        <w:t>Geziye ilişkin veli/öğrenci bilgilendirme formu tarafımıza tebliğ edilmiş olup; gerekli izinlerin verilmesini ve öğrenci listesine eklenmesini arz ederiz.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[Veli/Öğrenci Bilgileri]</w:t>
      </w:r>
    </w:p>
    <w:p>
      <w:pPr>
        <w:jc w:val="left"/>
      </w:pPr>
      <w:r>
        <w:rPr>
          <w:sz w:val="22"/>
        </w:rPr>
        <w:t>Veli 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Adı Soyadı : ______</w:t>
      </w:r>
    </w:p>
    <w:p>
      <w:pPr>
        <w:jc w:val="left"/>
      </w:pPr>
      <w:r>
        <w:rPr>
          <w:sz w:val="22"/>
        </w:rPr>
        <w:t>Sınıf/Şube : ______</w:t>
      </w:r>
    </w:p>
    <w:p>
      <w:pPr>
        <w:jc w:val="left"/>
      </w:pPr>
      <w:r>
        <w:rPr>
          <w:sz w:val="22"/>
        </w:rPr>
        <w:t>Numara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Veli kimlik fotokopisi</w:t>
      </w:r>
    </w:p>
    <w:p>
      <w:pPr>
        <w:jc w:val="left"/>
      </w:pPr>
      <w:r>
        <w:rPr>
          <w:sz w:val="22"/>
        </w:rPr>
        <w:t>2) (Varsa) Sağlık/alerji durumunu gösterir belge</w:t>
      </w:r>
    </w:p>
    <w:p>
      <w:pPr>
        <w:jc w:val="left"/>
      </w:pPr>
      <w:r>
        <w:rPr>
          <w:sz w:val="22"/>
        </w:rPr>
        <w:t>3) (Varsa) Gezi bilgilendirme/izin formu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