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[.................. OKUL MÜDÜRLÜĞÜNE]</w:t>
      </w:r>
    </w:p>
    <w:p/>
    <w:p>
      <w:pPr>
        <w:jc w:val="center"/>
      </w:pPr>
      <w:r>
        <w:rPr>
          <w:sz w:val="22"/>
        </w:rPr>
        <w:t>Konu: Öğrenci için izin talebi</w:t>
      </w:r>
    </w:p>
    <w:p/>
    <w:p>
      <w:pPr>
        <w:jc w:val="left"/>
      </w:pPr>
      <w:r>
        <w:rPr>
          <w:sz w:val="22"/>
        </w:rPr>
        <w:t>Okulunuz öğrencilerinden [Öğrenci Adı Soyadı]’nın (Sınıf/Şube: [_____/_____], No: [_____]) [..../..../20....] tarih(ler)inde [saat ____–____ aralığında / tüm gün] eğitim‑öğretim faaliyetlerinden **izinli sayılması**nı talep ediyorum.</w:t>
      </w:r>
    </w:p>
    <w:p/>
    <w:p>
      <w:pPr>
        <w:jc w:val="left"/>
      </w:pPr>
      <w:r>
        <w:rPr>
          <w:sz w:val="22"/>
        </w:rPr>
        <w:t>İzin gerekçesi: [sağlık kontrolü/raporlu muayene/ailesel neden/taşınma/yarışma‑müsabaka/diğer]. Gerekli görülen belge/raporlar tarafımdan ibraz edilecektir.</w:t>
      </w:r>
    </w:p>
    <w:p/>
    <w:p>
      <w:pPr>
        <w:jc w:val="left"/>
      </w:pPr>
      <w:r>
        <w:rPr>
          <w:sz w:val="22"/>
        </w:rPr>
        <w:t>İzinli olduğu süre zarfındaki ders notları ve ödevlerin tarafıma/öğrenciye bildirilmesini; telafi çalışmaları için rehberlik edilmesini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[Veli/Öğrenci Bilgileri]</w:t>
      </w:r>
    </w:p>
    <w:p>
      <w:pPr>
        <w:jc w:val="left"/>
      </w:pPr>
      <w:r>
        <w:rPr>
          <w:sz w:val="22"/>
        </w:rPr>
        <w:t>Veli Adı Soyadı : ______  (öğrenci reşitse kendi adı yazılabilir)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Adı Soyadı : ______</w:t>
      </w:r>
    </w:p>
    <w:p>
      <w:pPr>
        <w:jc w:val="left"/>
      </w:pPr>
      <w:r>
        <w:rPr>
          <w:sz w:val="22"/>
        </w:rPr>
        <w:t>Sınıf/Şube : ______</w:t>
      </w:r>
    </w:p>
    <w:p>
      <w:pPr>
        <w:jc w:val="left"/>
      </w:pPr>
      <w:r>
        <w:rPr>
          <w:sz w:val="22"/>
        </w:rPr>
        <w:t>Numara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Sağlık raporu/ randevu belgesi</w:t>
      </w:r>
    </w:p>
    <w:p>
      <w:pPr>
        <w:jc w:val="left"/>
      </w:pPr>
      <w:r>
        <w:rPr>
          <w:sz w:val="22"/>
        </w:rPr>
        <w:t>2) (Varsa) Müsabaka/yarışma davet yazısı</w:t>
      </w:r>
    </w:p>
    <w:p>
      <w:pPr>
        <w:jc w:val="left"/>
      </w:pPr>
      <w:r>
        <w:rPr>
          <w:sz w:val="22"/>
        </w:rPr>
        <w:t>3)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