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[.................. OKUL MÜDÜRLÜĞÜNE]</w:t>
      </w:r>
    </w:p>
    <w:p/>
    <w:p>
      <w:pPr>
        <w:jc w:val="center"/>
      </w:pPr>
      <w:r>
        <w:rPr>
          <w:sz w:val="22"/>
        </w:rPr>
        <w:t>Konu: [Talep/başvuru konusunun kısa özeti]</w:t>
      </w:r>
    </w:p>
    <w:p/>
    <w:p>
      <w:pPr>
        <w:jc w:val="left"/>
      </w:pPr>
      <w:r>
        <w:rPr>
          <w:sz w:val="22"/>
        </w:rPr>
        <w:t>Okulunuzda öğrenim gören/öğrenciniz olan [Öğrenci Adı Soyadı] (Sınıf/Şube: [_____/_____], No: [_____]) ile ilgili olarak; [talep/şikâyet/bilgi talebi/izin vb.] hususunda gereğinin yapılmasını talep etmekteyim.</w:t>
      </w:r>
    </w:p>
    <w:p/>
    <w:p>
      <w:pPr>
        <w:jc w:val="left"/>
      </w:pPr>
      <w:r>
        <w:rPr>
          <w:sz w:val="22"/>
        </w:rPr>
        <w:t>Açıklama: [Konunun ayrıntısı—tarih, saat, yer, ders/etkinlik adı, sınıf, ilgili personel vb. bilgiler]. Bu kapsamda [istenen işlem: izin verilmesi, düzeltme yapılması, kayıt güncellenmesi, geri dönüş sağlanması vb.] hususunda işlem tesis edilmesini arz ederim.</w:t>
      </w:r>
    </w:p>
    <w:p/>
    <w:p>
      <w:pPr>
        <w:jc w:val="left"/>
      </w:pPr>
      <w:r>
        <w:rPr>
          <w:sz w:val="22"/>
        </w:rPr>
        <w:t>İletişim bilgilerim aşağıda yer almakta olup, ihtiyaç duyulması hâlinde tarafımla irtibata geçilmesini rica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[Veli/Öğrenci Bilgileri]</w:t>
      </w:r>
    </w:p>
    <w:p>
      <w:pPr>
        <w:jc w:val="left"/>
      </w:pPr>
      <w:r>
        <w:rPr>
          <w:sz w:val="22"/>
        </w:rPr>
        <w:t>Veli/Öğrenci 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Adı Soyadı : ______  (öğrenci başvuruyorsa gerekmeyebilir)</w:t>
      </w:r>
    </w:p>
    <w:p>
      <w:pPr>
        <w:jc w:val="left"/>
      </w:pPr>
      <w:r>
        <w:rPr>
          <w:sz w:val="22"/>
        </w:rPr>
        <w:t>Sınıf/Şube : ______</w:t>
      </w:r>
    </w:p>
    <w:p>
      <w:pPr>
        <w:jc w:val="left"/>
      </w:pPr>
      <w:r>
        <w:rPr>
          <w:sz w:val="22"/>
        </w:rPr>
        <w:t>Numara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Konuya ilişkin belge/rapor/dilekçe örneği</w:t>
      </w:r>
    </w:p>
    <w:p>
      <w:pPr>
        <w:jc w:val="left"/>
      </w:pPr>
      <w:r>
        <w:rPr>
          <w:sz w:val="22"/>
        </w:rPr>
        <w:t>2) (Varsa) Öğrenci belgesi/karneden ilgili sayfa</w:t>
      </w:r>
    </w:p>
    <w:p>
      <w:pPr>
        <w:jc w:val="left"/>
      </w:pPr>
      <w:r>
        <w:rPr>
          <w:sz w:val="22"/>
        </w:rPr>
        <w:t>3) (Varsa) Sağlık raporu/izin formu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