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[ÜNİVERSİTE ADI] REKTÖRLÜĞÜ [Öğrenci İşleri Daire Başkanlığına]</w:t>
      </w:r>
    </w:p>
    <w:p/>
    <w:p>
      <w:pPr>
        <w:jc w:val="center"/>
      </w:pPr>
      <w:r>
        <w:rPr>
          <w:sz w:val="22"/>
        </w:rPr>
        <w:t>Konu: Öğrenci belgesi talebi</w:t>
      </w:r>
    </w:p>
    <w:p/>
    <w:p>
      <w:pPr>
        <w:jc w:val="left"/>
      </w:pPr>
      <w:r>
        <w:rPr>
          <w:sz w:val="22"/>
        </w:rPr>
        <w:t>Üniversiteniz [Fakülte/Yüksekokul] [Bölüm/Program] [1./2./3./4.] sınıf öğrencisiyim. Kurum/kuruluş başvurularımda sunulmak üzere tarafıma öğrenci belgesi düzenlenmesini talep ediyorum.</w:t>
      </w:r>
    </w:p>
    <w:p/>
    <w:p>
      <w:pPr>
        <w:jc w:val="left"/>
      </w:pPr>
      <w:r>
        <w:rPr>
          <w:sz w:val="22"/>
        </w:rPr>
        <w:t>Belgenin [Türkçe/İngilizce] olarak ve [__] adet düzenlenmesini; yazıda [amaç: burs/askerlik/iş başvurusu/staj/indirim vb.] ibaresine yer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Fakülte/Program : ______</w:t>
      </w:r>
    </w:p>
    <w:p>
      <w:pPr>
        <w:jc w:val="left"/>
      </w:pPr>
      <w:r>
        <w:rPr>
          <w:sz w:val="22"/>
        </w:rPr>
        <w:t>Sınıf/Öğrenim Türü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kartı fotokopisi</w:t>
      </w:r>
    </w:p>
    <w:p>
      <w:pPr>
        <w:jc w:val="left"/>
      </w:pPr>
      <w:r>
        <w:rPr>
          <w:sz w:val="22"/>
        </w:rPr>
        <w:t>2) (Varsa) Talep edilen kuruma ait başvuru formu/şablon</w:t>
      </w:r>
    </w:p>
    <w:p>
      <w:pPr>
        <w:jc w:val="left"/>
      </w:pPr>
      <w:r>
        <w:rPr>
          <w:sz w:val="22"/>
        </w:rPr>
        <w:t>3) (Varsa) E-devlet başvuru/başvuru no çıktısı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