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jc w:val="center"/>
      </w:pPr>
      <w:r>
        <w:rPr>
          <w:sz w:val="22"/>
        </w:rPr>
        <w:t>................................................. İL/İLÇE</w:t>
      </w:r>
    </w:p>
    <w:p>
      <w:pPr>
        <w:jc w:val="center"/>
      </w:pPr>
      <w:r>
        <w:rPr>
          <w:sz w:val="22"/>
        </w:rPr>
        <w:t>................................................. [İL/İLÇE] MİLLÎ EĞİTİM MÜDÜRLÜĞÜNE</w:t>
      </w:r>
    </w:p>
    <w:p/>
    <w:p>
      <w:pPr>
        <w:jc w:val="center"/>
      </w:pPr>
      <w:r>
        <w:rPr>
          <w:sz w:val="22"/>
        </w:rPr>
        <w:t>Konu: Disiplin cezasının özlük dosyasından silinmesi talebi</w:t>
      </w:r>
    </w:p>
    <w:p/>
    <w:p>
      <w:pPr>
        <w:jc w:val="left"/>
      </w:pPr>
      <w:r>
        <w:rPr>
          <w:sz w:val="22"/>
        </w:rPr>
        <w:t>Bakanlığınıza bağlı [okul/kurum adı]’nda öğretmen olarak görev yapmaktayım. Hakkımda [..../..../20....] tarihli ve [....] sayılı işlemle [uyarma/kınama/aylıktan kesme vb.] disiplin cezası tesis edilmiştir.</w:t>
      </w:r>
    </w:p>
    <w:p/>
    <w:p>
      <w:pPr>
        <w:jc w:val="left"/>
      </w:pPr>
      <w:r>
        <w:rPr>
          <w:sz w:val="22"/>
        </w:rPr>
        <w:t>657 sayılı Devlet Memurları Kanunu’nun 133. maddesi uyarınca, uyarma ve kınama cezalarının uygulanmasından itibaren beş yıl geçtikten ve bu süre içinde yeni bir disiplin cezası alınmadığı takdirde, ilgilinin talebi üzerine söz konusu cezanın **özlük dosyasından silinmesi** mümkündür.</w:t>
      </w:r>
    </w:p>
    <w:p/>
    <w:p>
      <w:pPr>
        <w:jc w:val="left"/>
      </w:pPr>
      <w:r>
        <w:rPr>
          <w:sz w:val="22"/>
        </w:rPr>
        <w:t>Bu kapsamda; aradan geçen süre zarfında görevimi özveriyle sürdürdüğümü, tarafıma herhangi bir yeni disiplin cezası uygulanmadığını, kurum içi değerlendirmelerde performansımın olumlu olduğunu belirtir; adı geçen disiplin cezasının özlük dosyamdan çıkarılmasını talep ederim.</w:t>
      </w:r>
    </w:p>
    <w:p/>
    <w:p>
      <w:pPr>
        <w:jc w:val="left"/>
      </w:pPr>
      <w:r>
        <w:rPr>
          <w:sz w:val="22"/>
        </w:rPr>
        <w:t>Gereğini arz ederim.</w:t>
      </w:r>
    </w:p>
    <w:p/>
    <w:p>
      <w:pPr>
        <w:jc w:val="left"/>
      </w:pPr>
      <w:r>
        <w:rPr>
          <w:sz w:val="22"/>
        </w:rPr>
        <w:t>..............., .... / .... / 20....</w:t>
      </w:r>
    </w:p>
    <w:p/>
    <w:p>
      <w:pPr>
        <w:jc w:val="left"/>
      </w:pPr>
      <w:r>
        <w:rPr>
          <w:sz w:val="22"/>
        </w:rPr>
        <w:t>[Öğretmen]</w:t>
      </w:r>
    </w:p>
    <w:p>
      <w:pPr>
        <w:jc w:val="left"/>
      </w:pPr>
      <w:r>
        <w:rPr>
          <w:sz w:val="22"/>
        </w:rPr>
        <w:t>Adı Soyadı : ______</w:t>
      </w:r>
    </w:p>
    <w:p>
      <w:pPr>
        <w:jc w:val="left"/>
      </w:pPr>
      <w:r>
        <w:rPr>
          <w:sz w:val="22"/>
        </w:rPr>
        <w:t>T.C. Kimlik No : ______</w:t>
      </w:r>
    </w:p>
    <w:p>
      <w:pPr>
        <w:jc w:val="left"/>
      </w:pPr>
      <w:r>
        <w:rPr>
          <w:sz w:val="22"/>
        </w:rPr>
        <w:t>Branş/Görev Yeri : ______</w:t>
      </w:r>
    </w:p>
    <w:p>
      <w:pPr>
        <w:jc w:val="left"/>
      </w:pPr>
      <w:r>
        <w:rPr>
          <w:sz w:val="22"/>
        </w:rPr>
        <w:t>Sicil/Personel No : ______</w:t>
      </w:r>
    </w:p>
    <w:p>
      <w:pPr>
        <w:jc w:val="left"/>
      </w:pPr>
      <w:r>
        <w:rPr>
          <w:sz w:val="22"/>
        </w:rPr>
        <w:t>Adres : ______</w:t>
      </w:r>
    </w:p>
    <w:p>
      <w:pPr>
        <w:jc w:val="left"/>
      </w:pPr>
      <w:r>
        <w:rPr>
          <w:sz w:val="22"/>
        </w:rPr>
        <w:t>Telefon : ______</w:t>
      </w:r>
    </w:p>
    <w:p>
      <w:pPr>
        <w:jc w:val="left"/>
      </w:pPr>
      <w:r>
        <w:rPr>
          <w:sz w:val="22"/>
        </w:rPr>
        <w:t>E‑posta : ______</w:t>
      </w:r>
    </w:p>
    <w:p>
      <w:pPr>
        <w:jc w:val="left"/>
      </w:pPr>
      <w:r>
        <w:rPr>
          <w:sz w:val="22"/>
        </w:rPr>
        <w:t>İmza</w:t>
      </w:r>
    </w:p>
    <w:p/>
    <w:p/>
    <w:p/>
    <w:p/>
    <w:p/>
    <w:p>
      <w:pPr>
        <w:jc w:val="left"/>
      </w:pPr>
      <w:r>
        <w:rPr>
          <w:sz w:val="22"/>
        </w:rPr>
        <w:t>Ekler:</w:t>
      </w:r>
    </w:p>
    <w:p>
      <w:pPr>
        <w:jc w:val="left"/>
      </w:pPr>
      <w:r>
        <w:rPr>
          <w:sz w:val="22"/>
        </w:rPr>
        <w:t>1) Disiplin cezasına ilişkin karar örneği</w:t>
      </w:r>
    </w:p>
    <w:p>
      <w:pPr>
        <w:jc w:val="left"/>
      </w:pPr>
      <w:r>
        <w:rPr>
          <w:sz w:val="22"/>
        </w:rPr>
        <w:t>2) Hizmet cetveli (güncel)</w:t>
      </w:r>
    </w:p>
    <w:p>
      <w:pPr>
        <w:jc w:val="left"/>
      </w:pPr>
      <w:r>
        <w:rPr>
          <w:sz w:val="22"/>
        </w:rPr>
        <w:t>3) (Varsa) Başarı/teşekkür belgeleri, performans değerlendirmeleri</w:t>
      </w:r>
    </w:p>
    <w:p>
      <w:pPr>
        <w:jc w:val="left"/>
      </w:pPr>
      <w:r>
        <w:rPr>
          <w:sz w:val="22"/>
        </w:rPr>
        <w:t>4) (Varsa) Cezadan sonra cezasızlık sürecini gösterir kurum yazısı</w:t>
      </w:r>
    </w:p>
    <w:sectPr w:rsidR="00FC693F" w:rsidRPr="0006063C" w:rsidSect="00034616">
      <w:pgSz w:w="12240" w:h="15840"/>
      <w:pgMar w:top="1701" w:right="1134" w:bottom="1417" w:left="1134"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