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ÖSYM BAŞKANLIĞINA</w:t>
      </w:r>
    </w:p>
    <w:p/>
    <w:p>
      <w:pPr>
        <w:jc w:val="center"/>
      </w:pPr>
      <w:r>
        <w:rPr>
          <w:sz w:val="22"/>
        </w:rPr>
        <w:t>Konu: Sınav yeri değişikliği talebi</w:t>
      </w:r>
    </w:p>
    <w:p/>
    <w:p>
      <w:pPr>
        <w:jc w:val="left"/>
      </w:pPr>
      <w:r>
        <w:rPr>
          <w:sz w:val="22"/>
        </w:rPr>
        <w:t>ÖSYM tarafından yapılacak olan [Sınav Adı: YKS/KPSS/ALES/YÖS/Diğer] sınavının [Oturum: TYT/AYT/YDT vb.] için atandığım sınav yerinin değiştirilebilmesini talep ediyorum.</w:t>
      </w:r>
    </w:p>
    <w:p/>
    <w:p>
      <w:pPr>
        <w:jc w:val="left"/>
      </w:pPr>
      <w:r>
        <w:rPr>
          <w:sz w:val="22"/>
        </w:rPr>
        <w:t>Gerekçe: [taşınma/adres değişikliği], [sağlık durumu/engel raporu], [resmî görev], [acil ailevi neden], [ulaşım/konaklama imkânsızlığı] gibi sebeplerle mevcut sınav merkezine erişimim güçleşmiştir. Dayanak belgeler ekte sunulmuştur.</w:t>
      </w:r>
    </w:p>
    <w:p/>
    <w:p>
      <w:pPr>
        <w:jc w:val="left"/>
      </w:pPr>
      <w:r>
        <w:rPr>
          <w:sz w:val="22"/>
        </w:rPr>
        <w:t>Talep edilen yeni sınav yeri: [İl/İlçe Tercihi 1] (tercihen) / [İl/İlçe Tercihi 2] (alternatif). Sınav/oturum tarihi: [..../..../20....]. Aday/başvuru numaram: [........].</w:t>
      </w:r>
    </w:p>
    <w:p/>
    <w:p>
      <w:pPr>
        <w:jc w:val="left"/>
      </w:pPr>
      <w:r>
        <w:rPr>
          <w:sz w:val="22"/>
        </w:rPr>
        <w:t>İlgili mevzuat ve ÖSYM uygulamaları çerçevesinde sınav yeri değişikliği talebimin değerlendirilmesini ve sonucunun tarafıma bildirilmesini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[Aday/Başvuran]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Aday/Başvuru No : ______</w:t>
      </w:r>
    </w:p>
    <w:p>
      <w:pPr>
        <w:jc w:val="left"/>
      </w:pPr>
      <w:r>
        <w:rPr>
          <w:sz w:val="22"/>
        </w:rPr>
        <w:t>Sınav/Yerleştirme Adı : ______</w:t>
      </w:r>
    </w:p>
    <w:p>
      <w:pPr>
        <w:jc w:val="left"/>
      </w:pPr>
      <w:r>
        <w:rPr>
          <w:sz w:val="22"/>
        </w:rPr>
        <w:t>Oturum (varsa)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kartı fotokopisi</w:t>
      </w:r>
    </w:p>
    <w:p>
      <w:pPr>
        <w:jc w:val="left"/>
      </w:pPr>
      <w:r>
        <w:rPr>
          <w:sz w:val="22"/>
        </w:rPr>
        <w:t>2) Başvuru/aday işlem ekranı çıktısı</w:t>
      </w:r>
    </w:p>
    <w:p>
      <w:pPr>
        <w:jc w:val="left"/>
      </w:pPr>
      <w:r>
        <w:rPr>
          <w:sz w:val="22"/>
        </w:rPr>
        <w:t>3) Gerekçeye ilişkin belgeler (adres değişikliği, sağlık raporu, görev yazısı vb.)</w:t>
      </w:r>
    </w:p>
    <w:p>
      <w:pPr>
        <w:jc w:val="left"/>
      </w:pPr>
      <w:r>
        <w:rPr>
          <w:sz w:val="22"/>
        </w:rPr>
        <w:t>4) (Varsa) Önceki sınav merkezi atamasını gösterir belge</w:t>
      </w:r>
    </w:p>
    <w:p>
      <w:pPr>
        <w:jc w:val="left"/>
      </w:pPr>
      <w:r>
        <w:rPr>
          <w:sz w:val="22"/>
        </w:rPr>
        <w:t>5) (Varsa)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