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[İL VALİLİĞİ] **Özel Güvenlik Şube Müdürlüğüne**</w:t>
      </w:r>
    </w:p>
    <w:p/>
    <w:p>
      <w:pPr>
        <w:jc w:val="center"/>
      </w:pPr>
      <w:r>
        <w:rPr>
          <w:sz w:val="22"/>
        </w:rPr>
        <w:t>Konu: 5188 sayılı Kanun kapsamında Özel Güvenlik Faaliyet İzin Belgesi talebi</w:t>
      </w:r>
    </w:p>
    <w:p/>
    <w:p>
      <w:pPr>
        <w:jc w:val="left"/>
      </w:pPr>
      <w:r>
        <w:rPr>
          <w:sz w:val="22"/>
        </w:rPr>
        <w:t>Şirket/işletme bilgilerimiz: Unvan: [________] · Ticaret Sicil No: [________] · Vergi No: [________] · MERSİS No (varsa): [________] · Merkez adresi: [________].</w:t>
      </w:r>
    </w:p>
    <w:p/>
    <w:p>
      <w:pPr>
        <w:jc w:val="left"/>
      </w:pPr>
      <w:r>
        <w:rPr>
          <w:sz w:val="22"/>
        </w:rPr>
        <w:t>5188 sayılı Özel Güvenlik Hizmetlerine Dair Kanun ve ilgili yönetmelik hükümleri uyarınca, özel güvenlik alanında faaliyet gösterebilmek için gerekli **Faaliyet İzin Belgesi**’nin düzenlenmesini talep ediyoruz.</w:t>
      </w:r>
    </w:p>
    <w:p/>
    <w:p>
      <w:pPr>
        <w:jc w:val="left"/>
      </w:pPr>
      <w:r>
        <w:rPr>
          <w:sz w:val="22"/>
        </w:rPr>
        <w:t>Şirketimiz bünyesinde görevlendirilecek yöneticiler/sorumlu müdür ve ortaklar yönünden Kanunda aranan nitelikler (öğrenim, tecrübe, adli sicil, güvenlik soruşturması vb.) sağlanmış olup buna ilişkin belgeler ekte sunulmaktadır.</w:t>
      </w:r>
    </w:p>
    <w:p/>
    <w:p>
      <w:pPr>
        <w:jc w:val="left"/>
      </w:pPr>
      <w:r>
        <w:rPr>
          <w:sz w:val="22"/>
        </w:rPr>
        <w:t>Faaliyet konusu, organizasyon şeması, personel planlaması, işyeri fiziki şartları (ofis adresi, kira sözleşmesi/tapu, yangın-tahliye planı) ve gerekli teknik-donanım altyapısına ilişkin açıklama ve belgeler de başvuru dosyasına eklenmiştir.</w:t>
      </w:r>
    </w:p>
    <w:p/>
    <w:p>
      <w:pPr>
        <w:jc w:val="left"/>
      </w:pPr>
      <w:r>
        <w:rPr>
          <w:sz w:val="22"/>
        </w:rPr>
        <w:t>Bilgilerin doğruluğunu beyan eder; yapılacak inceleme/soruşturma sonucunda Şirketimiz adına **Özel Güvenlik Faaliyet İzin Belgesi** düzenlenmesine karar verilmesini saygıyla arz ederiz.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[Yetkili Temsilci]</w:t>
      </w:r>
    </w:p>
    <w:p>
      <w:pPr>
        <w:jc w:val="left"/>
      </w:pPr>
      <w:r>
        <w:rPr>
          <w:sz w:val="22"/>
        </w:rPr>
        <w:t>Unvan/Ad Soyad : ______</w:t>
      </w:r>
    </w:p>
    <w:p>
      <w:pPr>
        <w:jc w:val="left"/>
      </w:pPr>
      <w:r>
        <w:rPr>
          <w:sz w:val="22"/>
        </w:rPr>
        <w:t>Görev/Yetki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Ticaret Sicil No : ______</w:t>
      </w:r>
    </w:p>
    <w:p>
      <w:pPr>
        <w:jc w:val="left"/>
      </w:pPr>
      <w:r>
        <w:rPr>
          <w:sz w:val="22"/>
        </w:rPr>
        <w:t>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Ticaret sicil gazetesi ve faaliyet belgesi</w:t>
      </w:r>
    </w:p>
    <w:p>
      <w:pPr>
        <w:jc w:val="left"/>
      </w:pPr>
      <w:r>
        <w:rPr>
          <w:sz w:val="22"/>
        </w:rPr>
        <w:t>2) İmza sirküleri ve yetki belgeleri</w:t>
      </w:r>
    </w:p>
    <w:p>
      <w:pPr>
        <w:jc w:val="left"/>
      </w:pPr>
      <w:r>
        <w:rPr>
          <w:sz w:val="22"/>
        </w:rPr>
        <w:t>3) Ortaklar ve yöneticilere ait kimlik/adli sicil/güvenlik soruşturmasına esas belgeler</w:t>
      </w:r>
    </w:p>
    <w:p>
      <w:pPr>
        <w:jc w:val="left"/>
      </w:pPr>
      <w:r>
        <w:rPr>
          <w:sz w:val="22"/>
        </w:rPr>
        <w:t>4) Sorumlu müdür atama yazısı ve nitelik belgeleri</w:t>
      </w:r>
    </w:p>
    <w:p>
      <w:pPr>
        <w:jc w:val="left"/>
      </w:pPr>
      <w:r>
        <w:rPr>
          <w:sz w:val="22"/>
        </w:rPr>
        <w:t>5) İşyeri adresine ait tapu/kira sözleşmesi + yangın/tahliye planı</w:t>
      </w:r>
    </w:p>
    <w:p>
      <w:pPr>
        <w:jc w:val="left"/>
      </w:pPr>
      <w:r>
        <w:rPr>
          <w:sz w:val="22"/>
        </w:rPr>
        <w:t>6) Organizasyon şeması, personel planı ve faaliyet açıklaması</w:t>
      </w:r>
    </w:p>
    <w:p>
      <w:pPr>
        <w:jc w:val="left"/>
      </w:pPr>
      <w:r>
        <w:rPr>
          <w:sz w:val="22"/>
        </w:rPr>
        <w:t>7) Vergi levhası, SGK işyeri tescili (varsa)</w:t>
      </w:r>
    </w:p>
    <w:p>
      <w:pPr>
        <w:jc w:val="left"/>
      </w:pPr>
      <w:r>
        <w:rPr>
          <w:sz w:val="22"/>
        </w:rPr>
        <w:t>8) Harç/değerli kâğıt bedeli ödeme dekontu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